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755E8" w:rsidR="005C021F" w:rsidRDefault="00444A3A" w14:paraId="7E690D10" w14:textId="3A7BDB93">
      <w:pPr>
        <w:jc w:val="center"/>
        <w:rPr>
          <w:color w:val="000000" w:themeColor="text1"/>
          <w:sz w:val="40"/>
          <w:szCs w:val="40"/>
        </w:rPr>
      </w:pPr>
      <w:r w:rsidRPr="52639E35" w:rsidR="00444A3A">
        <w:rPr>
          <w:b w:val="1"/>
          <w:bCs w:val="1"/>
          <w:color w:val="000000" w:themeColor="text1" w:themeTint="FF" w:themeShade="FF"/>
          <w:sz w:val="40"/>
          <w:szCs w:val="40"/>
        </w:rPr>
        <w:t xml:space="preserve">Application for </w:t>
      </w:r>
      <w:r w:rsidRPr="52639E35" w:rsidR="5F4A0F0B">
        <w:rPr>
          <w:b w:val="1"/>
          <w:bCs w:val="1"/>
          <w:color w:val="000000" w:themeColor="text1" w:themeTint="FF" w:themeShade="FF"/>
          <w:sz w:val="40"/>
          <w:szCs w:val="40"/>
        </w:rPr>
        <w:t>E</w:t>
      </w:r>
      <w:r w:rsidRPr="52639E35" w:rsidR="00444A3A">
        <w:rPr>
          <w:b w:val="1"/>
          <w:bCs w:val="1"/>
          <w:color w:val="000000" w:themeColor="text1" w:themeTint="FF" w:themeShade="FF"/>
          <w:sz w:val="40"/>
          <w:szCs w:val="40"/>
        </w:rPr>
        <w:t>mployment</w:t>
      </w:r>
    </w:p>
    <w:p w:rsidR="005C021F" w:rsidRDefault="00444A3A" w14:paraId="1F2716A0" w14:textId="5449E737">
      <w:pPr>
        <w:jc w:val="center"/>
      </w:pPr>
      <w:r w:rsidR="00444A3A">
        <w:rPr/>
        <w:t xml:space="preserve">Norland </w:t>
      </w:r>
      <w:r w:rsidR="4C2EF7E4">
        <w:rPr/>
        <w:t>University of Early Childhood</w:t>
      </w:r>
      <w:r>
        <w:br/>
      </w:r>
      <w:r w:rsidR="00444A3A">
        <w:rPr/>
        <w:t>39–41 Upper Oldfield Park, Bath</w:t>
      </w:r>
      <w:r w:rsidR="4C946253">
        <w:rPr/>
        <w:t>,</w:t>
      </w:r>
      <w:r w:rsidR="00444A3A">
        <w:rPr/>
        <w:t xml:space="preserve"> BA2 3LB</w:t>
      </w:r>
      <w:r w:rsidR="511E0E92">
        <w:rPr/>
        <w:t>/ York Place, London Road, Bath, BA1 6AE</w:t>
      </w:r>
      <w:r>
        <w:br/>
      </w:r>
      <w:r w:rsidR="00444A3A">
        <w:rPr/>
        <w:t xml:space="preserve">Tel: 01225 904040 | Website: </w:t>
      </w:r>
      <w:hyperlink r:id="R333f64e179cd4f9c">
        <w:r w:rsidRPr="3B921E28" w:rsidR="00444A3A">
          <w:rPr>
            <w:rStyle w:val="Hyperlink"/>
          </w:rPr>
          <w:t>www.norland.ac.uk</w:t>
        </w:r>
      </w:hyperlink>
      <w:r w:rsidR="3D7F5475">
        <w:rPr/>
        <w:t xml:space="preserve"> </w:t>
      </w:r>
    </w:p>
    <w:p w:rsidR="005C021F" w:rsidP="00B755E8" w:rsidRDefault="00444A3A" w14:paraId="399BBCAF" w14:textId="108CABFA">
      <w:pPr>
        <w:jc w:val="center"/>
      </w:pPr>
      <w:r w:rsidR="00444A3A">
        <w:rPr/>
        <w:t xml:space="preserve">Thank you for your interest in </w:t>
      </w:r>
      <w:r w:rsidR="00444A3A">
        <w:rPr/>
        <w:t xml:space="preserve"> Norland</w:t>
      </w:r>
      <w:r w:rsidR="3FF34F74">
        <w:rPr/>
        <w:t xml:space="preserve"> University</w:t>
      </w:r>
      <w:r w:rsidR="00444A3A">
        <w:rPr/>
        <w:t>. Please complete all sections of this application form as fully as possible.</w:t>
      </w:r>
    </w:p>
    <w:tbl>
      <w:tblPr>
        <w:tblStyle w:val="TableGrid"/>
        <w:tblW w:w="0" w:type="auto"/>
        <w:tblInd w:w="108" w:type="dxa"/>
        <w:tblLook w:val="04A0" w:firstRow="1" w:lastRow="0" w:firstColumn="1" w:lastColumn="0" w:noHBand="0" w:noVBand="1"/>
      </w:tblPr>
      <w:tblGrid>
        <w:gridCol w:w="10348"/>
      </w:tblGrid>
      <w:tr w:rsidR="0028324B" w:rsidTr="0028324B" w14:paraId="28BD739E" w14:textId="77777777">
        <w:tc>
          <w:tcPr>
            <w:tcW w:w="10348" w:type="dxa"/>
          </w:tcPr>
          <w:p w:rsidR="0028324B" w:rsidP="00F97539" w:rsidRDefault="0028324B" w14:paraId="4B7D80A7" w14:textId="64133D95">
            <w:pPr>
              <w:jc w:val="both"/>
            </w:pPr>
            <w:r w:rsidRPr="0028324B">
              <w:t>We are committed to building a diverse and inclusive workforce that reflects the communities we serve. We welcome applications from qualified candidates of all backgrounds, cultures, ethnicities, abilities and experiences, particularly those from underrepresented groups. We believe that difference enriches our organisation and strengthens what we do. All appointments are made on merit and we are dedicated to ensuring all candidates have equal opportunities throughout our recruitment and employment practices. </w:t>
            </w:r>
          </w:p>
        </w:tc>
      </w:tr>
    </w:tbl>
    <w:p w:rsidRPr="00D55FED" w:rsidR="005C021F" w:rsidP="00032398" w:rsidRDefault="00444A3A" w14:paraId="26A26722" w14:textId="653B3D51">
      <w:pPr>
        <w:spacing w:before="240" w:after="120"/>
        <w:rPr>
          <w:color w:val="6B3305"/>
          <w:sz w:val="28"/>
          <w:szCs w:val="28"/>
        </w:rPr>
      </w:pPr>
      <w:r w:rsidRPr="00D55FED">
        <w:rPr>
          <w:b/>
          <w:color w:val="6B3305"/>
          <w:sz w:val="28"/>
          <w:szCs w:val="28"/>
        </w:rPr>
        <w:t xml:space="preserve">1. Position </w:t>
      </w:r>
      <w:r w:rsidR="00DB66BF">
        <w:rPr>
          <w:b/>
          <w:color w:val="6B3305"/>
          <w:sz w:val="28"/>
          <w:szCs w:val="28"/>
        </w:rPr>
        <w:t>d</w:t>
      </w:r>
      <w:r w:rsidRPr="00D55FED">
        <w:rPr>
          <w:b/>
          <w:color w:val="6B3305"/>
          <w:sz w:val="28"/>
          <w:szCs w:val="28"/>
        </w:rPr>
        <w:t>etails</w:t>
      </w:r>
    </w:p>
    <w:tbl>
      <w:tblPr>
        <w:tblStyle w:val="TableGrid"/>
        <w:tblW w:w="0" w:type="auto"/>
        <w:tblInd w:w="108" w:type="dxa"/>
        <w:tblLook w:val="04A0" w:firstRow="1" w:lastRow="0" w:firstColumn="1" w:lastColumn="0" w:noHBand="0" w:noVBand="1"/>
      </w:tblPr>
      <w:tblGrid>
        <w:gridCol w:w="3828"/>
        <w:gridCol w:w="6520"/>
      </w:tblGrid>
      <w:tr w:rsidR="00D55FED" w:rsidTr="00D55FED" w14:paraId="156F189B" w14:textId="77777777">
        <w:tc>
          <w:tcPr>
            <w:tcW w:w="3828" w:type="dxa"/>
          </w:tcPr>
          <w:p w:rsidR="00D55FED" w:rsidRDefault="00D55FED" w14:paraId="3277F3A8" w14:textId="50065EFB">
            <w:pPr>
              <w:rPr>
                <w:b/>
              </w:rPr>
            </w:pPr>
            <w:r>
              <w:rPr>
                <w:b/>
              </w:rPr>
              <w:t>Position applied for:</w:t>
            </w:r>
          </w:p>
        </w:tc>
        <w:tc>
          <w:tcPr>
            <w:tcW w:w="6520" w:type="dxa"/>
          </w:tcPr>
          <w:p w:rsidR="00D55FED" w:rsidRDefault="00D55FED" w14:paraId="6A0C852D" w14:textId="77777777">
            <w:pPr>
              <w:rPr>
                <w:b/>
              </w:rPr>
            </w:pPr>
          </w:p>
          <w:p w:rsidR="00D55FED" w:rsidRDefault="00D55FED" w14:paraId="3ECB39A4" w14:textId="77777777">
            <w:pPr>
              <w:rPr>
                <w:b/>
              </w:rPr>
            </w:pPr>
          </w:p>
        </w:tc>
      </w:tr>
      <w:tr w:rsidR="00D55FED" w:rsidTr="00D55FED" w14:paraId="46607521" w14:textId="77777777">
        <w:tc>
          <w:tcPr>
            <w:tcW w:w="3828" w:type="dxa"/>
          </w:tcPr>
          <w:p w:rsidR="00D55FED" w:rsidRDefault="00D55FED" w14:paraId="620FA57C" w14:textId="38805097">
            <w:pPr>
              <w:rPr>
                <w:b/>
              </w:rPr>
            </w:pPr>
            <w:r>
              <w:rPr>
                <w:b/>
              </w:rPr>
              <w:t>Where you saw the advert:</w:t>
            </w:r>
          </w:p>
        </w:tc>
        <w:tc>
          <w:tcPr>
            <w:tcW w:w="6520" w:type="dxa"/>
          </w:tcPr>
          <w:p w:rsidR="00D55FED" w:rsidRDefault="00D55FED" w14:paraId="1BA1703E" w14:textId="77777777">
            <w:pPr>
              <w:rPr>
                <w:b/>
              </w:rPr>
            </w:pPr>
          </w:p>
          <w:p w:rsidR="00D55FED" w:rsidRDefault="00D55FED" w14:paraId="0D4C6236" w14:textId="77777777">
            <w:pPr>
              <w:rPr>
                <w:b/>
              </w:rPr>
            </w:pPr>
          </w:p>
        </w:tc>
      </w:tr>
      <w:tr w:rsidR="00D55FED" w:rsidTr="00D55FED" w14:paraId="399D0089" w14:textId="77777777">
        <w:tc>
          <w:tcPr>
            <w:tcW w:w="3828" w:type="dxa"/>
          </w:tcPr>
          <w:p w:rsidR="00D55FED" w:rsidRDefault="00D55FED" w14:paraId="7D7A3FB6" w14:textId="5ACCA73F">
            <w:pPr>
              <w:rPr>
                <w:b/>
              </w:rPr>
            </w:pPr>
            <w:r>
              <w:rPr>
                <w:b/>
              </w:rPr>
              <w:t>If employed, what is your notice period:</w:t>
            </w:r>
          </w:p>
        </w:tc>
        <w:tc>
          <w:tcPr>
            <w:tcW w:w="6520" w:type="dxa"/>
          </w:tcPr>
          <w:p w:rsidR="00D55FED" w:rsidRDefault="00D55FED" w14:paraId="2A8D60E0" w14:textId="77777777">
            <w:pPr>
              <w:rPr>
                <w:b/>
              </w:rPr>
            </w:pPr>
          </w:p>
          <w:p w:rsidR="00D55FED" w:rsidRDefault="00D55FED" w14:paraId="55EB2952" w14:textId="77777777">
            <w:pPr>
              <w:rPr>
                <w:b/>
              </w:rPr>
            </w:pPr>
          </w:p>
        </w:tc>
      </w:tr>
      <w:tr w:rsidR="00D55FED" w:rsidTr="00D55FED" w14:paraId="697D58D8" w14:textId="77777777">
        <w:tc>
          <w:tcPr>
            <w:tcW w:w="3828" w:type="dxa"/>
          </w:tcPr>
          <w:p w:rsidRPr="00D55FED" w:rsidR="00D55FED" w:rsidRDefault="00D55FED" w14:paraId="572A6820" w14:textId="5B2A1EFA">
            <w:r>
              <w:rPr>
                <w:b/>
              </w:rPr>
              <w:t>Reason for application:</w:t>
            </w:r>
          </w:p>
        </w:tc>
        <w:tc>
          <w:tcPr>
            <w:tcW w:w="6520" w:type="dxa"/>
          </w:tcPr>
          <w:p w:rsidR="00D55FED" w:rsidRDefault="00D55FED" w14:paraId="46559E6E" w14:textId="77777777">
            <w:pPr>
              <w:rPr>
                <w:b/>
              </w:rPr>
            </w:pPr>
          </w:p>
          <w:p w:rsidR="00D55FED" w:rsidRDefault="00D55FED" w14:paraId="10E98418" w14:textId="77777777">
            <w:pPr>
              <w:rPr>
                <w:b/>
              </w:rPr>
            </w:pPr>
          </w:p>
        </w:tc>
      </w:tr>
    </w:tbl>
    <w:p w:rsidRPr="00D55FED" w:rsidR="005C021F" w:rsidP="00032398" w:rsidRDefault="00444A3A" w14:paraId="6E9FC981" w14:textId="1ADC0D33">
      <w:pPr>
        <w:spacing w:before="240" w:after="120"/>
        <w:rPr>
          <w:color w:val="6B3305"/>
          <w:sz w:val="28"/>
          <w:szCs w:val="28"/>
        </w:rPr>
      </w:pPr>
      <w:r w:rsidRPr="00D55FED">
        <w:rPr>
          <w:b/>
          <w:color w:val="6B3305"/>
          <w:sz w:val="28"/>
          <w:szCs w:val="28"/>
        </w:rPr>
        <w:t xml:space="preserve">2. Personal </w:t>
      </w:r>
      <w:r w:rsidR="00DB66BF">
        <w:rPr>
          <w:b/>
          <w:color w:val="6B3305"/>
          <w:sz w:val="28"/>
          <w:szCs w:val="28"/>
        </w:rPr>
        <w:t>i</w:t>
      </w:r>
      <w:r w:rsidRPr="00D55FED">
        <w:rPr>
          <w:b/>
          <w:color w:val="6B3305"/>
          <w:sz w:val="28"/>
          <w:szCs w:val="28"/>
        </w:rPr>
        <w:t>nformation</w:t>
      </w:r>
    </w:p>
    <w:tbl>
      <w:tblPr>
        <w:tblStyle w:val="TableGrid"/>
        <w:tblW w:w="0" w:type="auto"/>
        <w:tblInd w:w="108" w:type="dxa"/>
        <w:tblLook w:val="04A0" w:firstRow="1" w:lastRow="0" w:firstColumn="1" w:lastColumn="0" w:noHBand="0" w:noVBand="1"/>
      </w:tblPr>
      <w:tblGrid>
        <w:gridCol w:w="2532"/>
        <w:gridCol w:w="2641"/>
        <w:gridCol w:w="2641"/>
        <w:gridCol w:w="2534"/>
      </w:tblGrid>
      <w:tr w:rsidR="00D55FED" w:rsidTr="3B921E28" w14:paraId="7C1B7907" w14:textId="77777777">
        <w:tc>
          <w:tcPr>
            <w:tcW w:w="2532" w:type="dxa"/>
            <w:tcMar/>
          </w:tcPr>
          <w:p w:rsidR="00D55FED" w:rsidRDefault="00D55FED" w14:paraId="1A354717" w14:textId="04AADD57">
            <w:pPr>
              <w:rPr>
                <w:b/>
              </w:rPr>
            </w:pPr>
            <w:r>
              <w:rPr>
                <w:b/>
              </w:rPr>
              <w:t>First name(s):</w:t>
            </w:r>
          </w:p>
        </w:tc>
        <w:tc>
          <w:tcPr>
            <w:tcW w:w="2641" w:type="dxa"/>
            <w:tcMar/>
          </w:tcPr>
          <w:p w:rsidR="00D55FED" w:rsidRDefault="00D55FED" w14:paraId="77BF85B0" w14:textId="77777777">
            <w:pPr>
              <w:rPr>
                <w:b/>
              </w:rPr>
            </w:pPr>
          </w:p>
          <w:p w:rsidR="00D55FED" w:rsidRDefault="00D55FED" w14:paraId="08F5030B" w14:textId="77777777">
            <w:pPr>
              <w:rPr>
                <w:b/>
              </w:rPr>
            </w:pPr>
          </w:p>
        </w:tc>
        <w:tc>
          <w:tcPr>
            <w:tcW w:w="2641" w:type="dxa"/>
            <w:tcMar/>
          </w:tcPr>
          <w:p w:rsidR="00D55FED" w:rsidRDefault="00D55FED" w14:paraId="3A826DA0" w14:textId="52B0A4AC">
            <w:pPr>
              <w:rPr>
                <w:b/>
              </w:rPr>
            </w:pPr>
            <w:r>
              <w:rPr>
                <w:b/>
              </w:rPr>
              <w:t>Surname:</w:t>
            </w:r>
          </w:p>
        </w:tc>
        <w:tc>
          <w:tcPr>
            <w:tcW w:w="2534" w:type="dxa"/>
            <w:tcMar/>
          </w:tcPr>
          <w:p w:rsidR="00D55FED" w:rsidRDefault="00D55FED" w14:paraId="38B4688B" w14:textId="77777777">
            <w:pPr>
              <w:rPr>
                <w:b/>
              </w:rPr>
            </w:pPr>
          </w:p>
        </w:tc>
      </w:tr>
      <w:tr w:rsidR="00D55FED" w:rsidTr="3B921E28" w14:paraId="671DB3A8" w14:textId="77777777">
        <w:tc>
          <w:tcPr>
            <w:tcW w:w="2532" w:type="dxa"/>
            <w:tcMar/>
          </w:tcPr>
          <w:p w:rsidR="00D55FED" w:rsidRDefault="00D55FED" w14:paraId="44FF0E42" w14:textId="2335446A">
            <w:pPr>
              <w:rPr>
                <w:b/>
              </w:rPr>
            </w:pPr>
            <w:r>
              <w:rPr>
                <w:b/>
              </w:rPr>
              <w:t>Contact number:</w:t>
            </w:r>
          </w:p>
        </w:tc>
        <w:tc>
          <w:tcPr>
            <w:tcW w:w="2641" w:type="dxa"/>
            <w:tcMar/>
          </w:tcPr>
          <w:p w:rsidR="00D55FED" w:rsidRDefault="00D55FED" w14:paraId="7239D18D" w14:textId="77777777">
            <w:pPr>
              <w:rPr>
                <w:b/>
              </w:rPr>
            </w:pPr>
          </w:p>
          <w:p w:rsidR="00D55FED" w:rsidRDefault="00D55FED" w14:paraId="07D2D89D" w14:textId="77777777">
            <w:pPr>
              <w:rPr>
                <w:b/>
              </w:rPr>
            </w:pPr>
          </w:p>
        </w:tc>
        <w:tc>
          <w:tcPr>
            <w:tcW w:w="2641" w:type="dxa"/>
            <w:tcMar/>
          </w:tcPr>
          <w:p w:rsidR="00D55FED" w:rsidRDefault="00D55FED" w14:paraId="3ECCC252" w14:textId="003F909D">
            <w:pPr>
              <w:rPr>
                <w:b/>
              </w:rPr>
            </w:pPr>
            <w:r>
              <w:rPr>
                <w:b/>
              </w:rPr>
              <w:t>Email:</w:t>
            </w:r>
          </w:p>
        </w:tc>
        <w:tc>
          <w:tcPr>
            <w:tcW w:w="2534" w:type="dxa"/>
            <w:tcMar/>
          </w:tcPr>
          <w:p w:rsidR="00D55FED" w:rsidRDefault="00D55FED" w14:paraId="5047A1F9" w14:textId="77777777">
            <w:pPr>
              <w:rPr>
                <w:b/>
              </w:rPr>
            </w:pPr>
          </w:p>
        </w:tc>
      </w:tr>
      <w:tr w:rsidR="00D55FED" w:rsidTr="3B921E28" w14:paraId="22C999B6" w14:textId="77777777">
        <w:tc>
          <w:tcPr>
            <w:tcW w:w="2532" w:type="dxa"/>
            <w:tcMar/>
          </w:tcPr>
          <w:p w:rsidR="00D55FED" w:rsidRDefault="00D55FED" w14:paraId="79822AF0" w14:textId="78C4BA72">
            <w:pPr>
              <w:rPr>
                <w:b/>
              </w:rPr>
            </w:pPr>
            <w:r>
              <w:rPr>
                <w:b/>
              </w:rPr>
              <w:t>Full address, including postcode:</w:t>
            </w:r>
          </w:p>
        </w:tc>
        <w:tc>
          <w:tcPr>
            <w:tcW w:w="7816" w:type="dxa"/>
            <w:gridSpan w:val="3"/>
            <w:tcMar/>
          </w:tcPr>
          <w:p w:rsidR="00D55FED" w:rsidRDefault="00D55FED" w14:paraId="50EB0DA8" w14:textId="77777777">
            <w:pPr>
              <w:rPr>
                <w:b/>
              </w:rPr>
            </w:pPr>
          </w:p>
          <w:p w:rsidR="00D55FED" w:rsidRDefault="00D55FED" w14:paraId="6372A3E0" w14:textId="77777777">
            <w:pPr>
              <w:rPr>
                <w:b/>
              </w:rPr>
            </w:pPr>
          </w:p>
          <w:p w:rsidR="00D55FED" w:rsidRDefault="00D55FED" w14:paraId="330A075F" w14:textId="77777777">
            <w:pPr>
              <w:rPr>
                <w:b/>
              </w:rPr>
            </w:pPr>
          </w:p>
        </w:tc>
      </w:tr>
    </w:tbl>
    <w:p w:rsidR="3B921E28" w:rsidP="3B921E28" w:rsidRDefault="3B921E28" w14:paraId="4EC6DA78" w14:textId="7C637639">
      <w:pPr>
        <w:spacing w:before="0" w:beforeAutospacing="off" w:after="0" w:afterAutospacing="off"/>
        <w:rPr>
          <w:rFonts w:ascii="Calibri" w:hAnsi="Calibri" w:eastAsia="Calibri" w:cs="Calibri"/>
          <w:noProof w:val="0"/>
          <w:sz w:val="18"/>
          <w:szCs w:val="18"/>
          <w:lang w:val="en-US"/>
        </w:rPr>
      </w:pPr>
    </w:p>
    <w:p w:rsidR="002429E4" w:rsidP="3B921E28" w:rsidRDefault="002429E4" w14:paraId="0630BE88" w14:textId="4BA4347C">
      <w:pPr>
        <w:spacing w:before="0" w:beforeAutospacing="off" w:after="0" w:afterAutospacing="off"/>
      </w:pPr>
      <w:r w:rsidRPr="3B921E28" w:rsidR="7F9355C9">
        <w:rPr>
          <w:rFonts w:ascii="Calibri" w:hAnsi="Calibri" w:eastAsia="Calibri" w:cs="Calibri"/>
          <w:noProof w:val="0"/>
          <w:sz w:val="22"/>
          <w:szCs w:val="22"/>
          <w:lang w:val="en-US"/>
        </w:rPr>
        <w:t xml:space="preserve">If you consider yourself to have a disability, </w:t>
      </w:r>
      <w:r w:rsidRPr="3B921E28" w:rsidR="7F9355C9">
        <w:rPr>
          <w:rFonts w:ascii="Calibri" w:hAnsi="Calibri" w:eastAsia="Calibri" w:cs="Calibri"/>
          <w:noProof w:val="0"/>
          <w:sz w:val="22"/>
          <w:szCs w:val="22"/>
          <w:lang w:val="en-US"/>
        </w:rPr>
        <w:t>whether or not</w:t>
      </w:r>
      <w:r w:rsidRPr="3B921E28" w:rsidR="7F9355C9">
        <w:rPr>
          <w:rFonts w:ascii="Calibri" w:hAnsi="Calibri" w:eastAsia="Calibri" w:cs="Calibri"/>
          <w:noProof w:val="0"/>
          <w:sz w:val="22"/>
          <w:szCs w:val="22"/>
          <w:lang w:val="en-US"/>
        </w:rPr>
        <w:t xml:space="preserve"> you are registered as disabled, we are committed to supporting you throughout the recruitment process.  If there is any </w:t>
      </w:r>
      <w:r w:rsidRPr="3B921E28" w:rsidR="7F9355C9">
        <w:rPr>
          <w:rFonts w:ascii="Calibri" w:hAnsi="Calibri" w:eastAsia="Calibri" w:cs="Calibri"/>
          <w:noProof w:val="0"/>
          <w:sz w:val="22"/>
          <w:szCs w:val="22"/>
          <w:lang w:val="en-US"/>
        </w:rPr>
        <w:t>additional</w:t>
      </w:r>
      <w:r w:rsidRPr="3B921E28" w:rsidR="7F9355C9">
        <w:rPr>
          <w:rFonts w:ascii="Calibri" w:hAnsi="Calibri" w:eastAsia="Calibri" w:cs="Calibri"/>
          <w:noProof w:val="0"/>
          <w:sz w:val="22"/>
          <w:szCs w:val="22"/>
          <w:lang w:val="en-US"/>
        </w:rPr>
        <w:t xml:space="preserve"> support, facilities that would </w:t>
      </w:r>
      <w:r w:rsidRPr="3B921E28" w:rsidR="7F9355C9">
        <w:rPr>
          <w:rFonts w:ascii="Calibri" w:hAnsi="Calibri" w:eastAsia="Calibri" w:cs="Calibri"/>
          <w:noProof w:val="0"/>
          <w:sz w:val="22"/>
          <w:szCs w:val="22"/>
          <w:lang w:val="en-US"/>
        </w:rPr>
        <w:t>assist</w:t>
      </w:r>
      <w:r w:rsidRPr="3B921E28" w:rsidR="7F9355C9">
        <w:rPr>
          <w:rFonts w:ascii="Calibri" w:hAnsi="Calibri" w:eastAsia="Calibri" w:cs="Calibri"/>
          <w:noProof w:val="0"/>
          <w:sz w:val="22"/>
          <w:szCs w:val="22"/>
          <w:lang w:val="en-US"/>
        </w:rPr>
        <w:t xml:space="preserve"> you either before or during the interview, please provide details below so that we can make </w:t>
      </w:r>
      <w:r w:rsidRPr="3B921E28" w:rsidR="7F9355C9">
        <w:rPr>
          <w:rFonts w:ascii="Calibri" w:hAnsi="Calibri" w:eastAsia="Calibri" w:cs="Calibri"/>
          <w:noProof w:val="0"/>
          <w:sz w:val="22"/>
          <w:szCs w:val="22"/>
          <w:lang w:val="en-US"/>
        </w:rPr>
        <w:t>appropriate arrangements:</w:t>
      </w:r>
    </w:p>
    <w:p w:rsidR="002429E4" w:rsidP="3B921E28" w:rsidRDefault="002429E4" w14:paraId="339B1356" w14:textId="2AC09C35">
      <w:pPr>
        <w:pStyle w:val="Normal"/>
        <w:spacing w:before="0" w:beforeAutospacing="off" w:after="0" w:afterAutospacing="off"/>
      </w:pPr>
      <w:r w:rsidR="002429E4">
        <w:rPr/>
        <w:t>___________________________________________________________________________________________________________________________________</w:t>
      </w:r>
      <w:r w:rsidR="571FC2CD">
        <w:rPr/>
        <w:t>______</w:t>
      </w:r>
      <w:r w:rsidR="002429E4">
        <w:rPr/>
        <w:t>___________________________________________________</w:t>
      </w:r>
    </w:p>
    <w:p w:rsidR="005C021F" w:rsidP="52639E35" w:rsidRDefault="00444A3A" w14:paraId="2F310FD7" w14:textId="10EDEBE3">
      <w:pPr>
        <w:pStyle w:val="Normal"/>
        <w:rPr>
          <w:b w:val="1"/>
          <w:bCs w:val="1"/>
        </w:rPr>
      </w:pPr>
      <w:r>
        <w:br/>
      </w:r>
      <w:r w:rsidR="674CF0D9">
        <w:rPr/>
        <w:t xml:space="preserve">Do you have </w:t>
      </w:r>
      <w:r w:rsidR="674CF0D9">
        <w:rPr/>
        <w:t>right</w:t>
      </w:r>
      <w:r w:rsidR="674CF0D9">
        <w:rPr/>
        <w:t xml:space="preserve"> to work in the UK? (</w:t>
      </w:r>
      <w:r w:rsidRPr="52639E35" w:rsidR="674CF0D9">
        <w:rPr>
          <w:rFonts w:ascii="Calibri" w:hAnsi="Calibri" w:eastAsia="Calibri" w:cs="Calibri"/>
          <w:i w:val="1"/>
          <w:iCs w:val="1"/>
          <w:noProof w:val="0"/>
          <w:sz w:val="20"/>
          <w:szCs w:val="20"/>
          <w:lang w:val="en-US"/>
        </w:rPr>
        <w:t xml:space="preserve">Please note, Norland does not hold a sponsorship </w:t>
      </w:r>
      <w:r w:rsidRPr="52639E35" w:rsidR="674CF0D9">
        <w:rPr>
          <w:rFonts w:ascii="Calibri" w:hAnsi="Calibri" w:eastAsia="Calibri" w:cs="Calibri"/>
          <w:i w:val="1"/>
          <w:iCs w:val="1"/>
          <w:noProof w:val="0"/>
          <w:sz w:val="20"/>
          <w:szCs w:val="20"/>
          <w:lang w:val="en-US"/>
        </w:rPr>
        <w:t>licence</w:t>
      </w:r>
      <w:r w:rsidRPr="52639E35" w:rsidR="674CF0D9">
        <w:rPr>
          <w:rFonts w:ascii="Calibri" w:hAnsi="Calibri" w:eastAsia="Calibri" w:cs="Calibri"/>
          <w:i w:val="1"/>
          <w:iCs w:val="1"/>
          <w:noProof w:val="0"/>
          <w:sz w:val="20"/>
          <w:szCs w:val="20"/>
          <w:lang w:val="en-US"/>
        </w:rPr>
        <w:t xml:space="preserve"> to support skilled worker visa applications.)</w:t>
      </w:r>
      <w:r>
        <w:tab/>
      </w:r>
      <w:r>
        <w:tab/>
      </w:r>
      <w:r>
        <w:tab/>
      </w:r>
      <w:r>
        <w:tab/>
      </w:r>
      <w:r>
        <w:tab/>
      </w:r>
      <w:r>
        <w:tab/>
      </w:r>
      <w:r>
        <w:tab/>
      </w:r>
      <w:r w:rsidRPr="52639E35" w:rsidR="674CF0D9">
        <w:rPr>
          <w:b w:val="1"/>
          <w:bCs w:val="1"/>
        </w:rPr>
        <w:t>YES</w:t>
      </w:r>
      <w:r>
        <w:tab/>
      </w:r>
      <w:r>
        <w:tab/>
      </w:r>
      <w:r w:rsidRPr="52639E35" w:rsidR="674CF0D9">
        <w:rPr>
          <w:b w:val="1"/>
          <w:bCs w:val="1"/>
        </w:rPr>
        <w:t>NO</w:t>
      </w:r>
    </w:p>
    <w:p w:rsidR="005C021F" w:rsidRDefault="00444A3A" w14:paraId="20BA53A4" w14:textId="3118EBEB">
      <w:r w:rsidR="00444A3A">
        <w:rPr/>
        <w:t xml:space="preserve">Have you been employed by Norland before? </w:t>
      </w:r>
      <w:r w:rsidR="00BA1010">
        <w:rPr/>
        <w:t>(please delete)</w:t>
      </w:r>
      <w:r w:rsidR="00E13C0F">
        <w:rPr/>
        <w:t>:</w:t>
      </w:r>
      <w:r w:rsidRPr="52639E35" w:rsidR="00E13C0F">
        <w:rPr>
          <w:b w:val="1"/>
          <w:bCs w:val="1"/>
        </w:rPr>
        <w:t xml:space="preserve"> </w:t>
      </w:r>
      <w:r>
        <w:tab/>
      </w:r>
      <w:r>
        <w:tab/>
      </w:r>
      <w:r w:rsidRPr="52639E35" w:rsidR="00E13C0F">
        <w:rPr>
          <w:b w:val="1"/>
          <w:bCs w:val="1"/>
        </w:rPr>
        <w:t>YES</w:t>
      </w:r>
      <w:r>
        <w:tab/>
      </w:r>
      <w:r>
        <w:tab/>
      </w:r>
      <w:r w:rsidRPr="52639E35" w:rsidR="00E13C0F">
        <w:rPr>
          <w:b w:val="1"/>
          <w:bCs w:val="1"/>
        </w:rPr>
        <w:t>NO</w:t>
      </w:r>
      <w:r w:rsidRPr="52639E35" w:rsidR="00444A3A">
        <w:rPr>
          <w:b w:val="1"/>
          <w:bCs w:val="1"/>
        </w:rPr>
        <w:t xml:space="preserve"> </w:t>
      </w:r>
    </w:p>
    <w:p w:rsidRPr="00714E0E" w:rsidR="00637427" w:rsidRDefault="00444A3A" w14:paraId="56A1E588" w14:textId="5FB09E9C">
      <w:pPr/>
      <w:r w:rsidR="00444A3A">
        <w:rPr/>
        <w:t>If yes,</w:t>
      </w:r>
      <w:r w:rsidR="00637427">
        <w:rPr/>
        <w:t xml:space="preserve"> please complete the table below</w:t>
      </w:r>
      <w:r w:rsidR="44F677C6">
        <w:rPr/>
        <w:t>. If</w:t>
      </w:r>
      <w:r w:rsidR="00637427">
        <w:rPr/>
        <w:t xml:space="preserve"> </w:t>
      </w:r>
      <w:r w:rsidR="00637427">
        <w:rPr/>
        <w:t>no</w:t>
      </w:r>
      <w:r w:rsidR="00637427">
        <w:rPr/>
        <w:t>, please continue to section 3.</w:t>
      </w:r>
    </w:p>
    <w:tbl>
      <w:tblPr>
        <w:tblStyle w:val="TableGrid"/>
        <w:tblW w:w="0" w:type="auto"/>
        <w:tblInd w:w="108" w:type="dxa"/>
        <w:tblLook w:val="04A0" w:firstRow="1" w:lastRow="0" w:firstColumn="1" w:lastColumn="0" w:noHBand="0" w:noVBand="1"/>
      </w:tblPr>
      <w:tblGrid>
        <w:gridCol w:w="2532"/>
        <w:gridCol w:w="2641"/>
        <w:gridCol w:w="2641"/>
        <w:gridCol w:w="2534"/>
      </w:tblGrid>
      <w:tr w:rsidR="00637427" w:rsidTr="3B921E28" w14:paraId="237AF099" w14:textId="77777777">
        <w:tc>
          <w:tcPr>
            <w:tcW w:w="2532" w:type="dxa"/>
            <w:tcMar/>
          </w:tcPr>
          <w:p w:rsidR="00637427" w:rsidRDefault="005A2918" w14:paraId="72850383" w14:textId="586FAD44">
            <w:pPr>
              <w:rPr>
                <w:b/>
              </w:rPr>
            </w:pPr>
            <w:r>
              <w:rPr>
                <w:b/>
              </w:rPr>
              <w:t>Dates of employment (from &amp; to):</w:t>
            </w:r>
          </w:p>
        </w:tc>
        <w:tc>
          <w:tcPr>
            <w:tcW w:w="2641" w:type="dxa"/>
            <w:tcMar/>
          </w:tcPr>
          <w:p w:rsidR="00637427" w:rsidRDefault="00637427" w14:paraId="53E70610" w14:textId="77777777">
            <w:pPr>
              <w:rPr>
                <w:b/>
              </w:rPr>
            </w:pPr>
          </w:p>
          <w:p w:rsidR="005A2918" w:rsidRDefault="005A2918" w14:paraId="73E4A77B" w14:textId="77777777">
            <w:pPr>
              <w:rPr>
                <w:b/>
              </w:rPr>
            </w:pPr>
          </w:p>
        </w:tc>
        <w:tc>
          <w:tcPr>
            <w:tcW w:w="2641" w:type="dxa"/>
            <w:tcMar/>
          </w:tcPr>
          <w:p w:rsidR="00637427" w:rsidRDefault="005A2918" w14:paraId="25FA134B" w14:textId="0144F8E2">
            <w:pPr>
              <w:rPr>
                <w:b/>
              </w:rPr>
            </w:pPr>
            <w:r>
              <w:rPr>
                <w:b/>
              </w:rPr>
              <w:t>Previous job title:</w:t>
            </w:r>
          </w:p>
        </w:tc>
        <w:tc>
          <w:tcPr>
            <w:tcW w:w="2534" w:type="dxa"/>
            <w:tcMar/>
          </w:tcPr>
          <w:p w:rsidR="00637427" w:rsidRDefault="00637427" w14:paraId="05C2F699" w14:textId="77777777">
            <w:pPr>
              <w:rPr>
                <w:b/>
              </w:rPr>
            </w:pPr>
          </w:p>
        </w:tc>
      </w:tr>
    </w:tbl>
    <w:p w:rsidR="146465CA" w:rsidP="3B921E28" w:rsidRDefault="146465CA" w14:paraId="6822340C" w14:textId="5E1E6353">
      <w:pPr>
        <w:pStyle w:val="Normal"/>
        <w:spacing w:before="240" w:after="120"/>
      </w:pPr>
      <w:r w:rsidRPr="52639E35" w:rsidR="146465CA">
        <w:rPr>
          <w:b w:val="0"/>
          <w:bCs w:val="0"/>
          <w:color w:val="000000" w:themeColor="text1" w:themeTint="FF" w:themeShade="FF"/>
          <w:sz w:val="22"/>
          <w:szCs w:val="22"/>
        </w:rPr>
        <w:t xml:space="preserve">Do you know </w:t>
      </w:r>
      <w:r w:rsidRPr="52639E35" w:rsidR="146465CA">
        <w:rPr>
          <w:b w:val="0"/>
          <w:bCs w:val="0"/>
          <w:color w:val="000000" w:themeColor="text1" w:themeTint="FF" w:themeShade="FF"/>
          <w:sz w:val="22"/>
          <w:szCs w:val="22"/>
        </w:rPr>
        <w:t xml:space="preserve"> </w:t>
      </w:r>
      <w:r w:rsidRPr="52639E35" w:rsidR="62FC21BA">
        <w:rPr>
          <w:b w:val="0"/>
          <w:bCs w:val="0"/>
          <w:color w:val="000000" w:themeColor="text1" w:themeTint="FF" w:themeShade="FF"/>
          <w:sz w:val="22"/>
          <w:szCs w:val="22"/>
        </w:rPr>
        <w:t xml:space="preserve">or </w:t>
      </w:r>
      <w:r w:rsidRPr="52639E35" w:rsidR="146465CA">
        <w:rPr>
          <w:b w:val="0"/>
          <w:bCs w:val="0"/>
          <w:color w:val="000000" w:themeColor="text1" w:themeTint="FF" w:themeShade="FF"/>
          <w:sz w:val="22"/>
          <w:szCs w:val="22"/>
        </w:rPr>
        <w:t>are you related to</w:t>
      </w:r>
      <w:r w:rsidRPr="52639E35" w:rsidR="51CAD78B">
        <w:rPr>
          <w:b w:val="0"/>
          <w:bCs w:val="0"/>
          <w:color w:val="000000" w:themeColor="text1" w:themeTint="FF" w:themeShade="FF"/>
          <w:sz w:val="22"/>
          <w:szCs w:val="22"/>
        </w:rPr>
        <w:t xml:space="preserve"> a member of staff or </w:t>
      </w:r>
      <w:r w:rsidRPr="52639E35" w:rsidR="1901EFC3">
        <w:rPr>
          <w:b w:val="0"/>
          <w:bCs w:val="0"/>
          <w:color w:val="000000" w:themeColor="text1" w:themeTint="FF" w:themeShade="FF"/>
          <w:sz w:val="22"/>
          <w:szCs w:val="22"/>
        </w:rPr>
        <w:t xml:space="preserve">a </w:t>
      </w:r>
      <w:r w:rsidRPr="52639E35" w:rsidR="146465CA">
        <w:rPr>
          <w:b w:val="0"/>
          <w:bCs w:val="0"/>
          <w:color w:val="000000" w:themeColor="text1" w:themeTint="FF" w:themeShade="FF"/>
          <w:sz w:val="22"/>
          <w:szCs w:val="22"/>
        </w:rPr>
        <w:t>student</w:t>
      </w:r>
      <w:r w:rsidRPr="52639E35" w:rsidR="4F7A1380">
        <w:rPr>
          <w:b w:val="0"/>
          <w:bCs w:val="0"/>
          <w:color w:val="000000" w:themeColor="text1" w:themeTint="FF" w:themeShade="FF"/>
          <w:sz w:val="22"/>
          <w:szCs w:val="22"/>
        </w:rPr>
        <w:t>(</w:t>
      </w:r>
      <w:r w:rsidRPr="52639E35" w:rsidR="146465CA">
        <w:rPr>
          <w:b w:val="0"/>
          <w:bCs w:val="0"/>
          <w:color w:val="000000" w:themeColor="text1" w:themeTint="FF" w:themeShade="FF"/>
          <w:sz w:val="22"/>
          <w:szCs w:val="22"/>
        </w:rPr>
        <w:t>s</w:t>
      </w:r>
      <w:r w:rsidRPr="52639E35" w:rsidR="2AE12815">
        <w:rPr>
          <w:b w:val="0"/>
          <w:bCs w:val="0"/>
          <w:color w:val="000000" w:themeColor="text1" w:themeTint="FF" w:themeShade="FF"/>
          <w:sz w:val="22"/>
          <w:szCs w:val="22"/>
        </w:rPr>
        <w:t>)</w:t>
      </w:r>
      <w:r w:rsidRPr="52639E35" w:rsidR="2AE12815">
        <w:rPr>
          <w:b w:val="0"/>
          <w:bCs w:val="0"/>
          <w:color w:val="000000" w:themeColor="text1" w:themeTint="FF" w:themeShade="FF"/>
          <w:sz w:val="22"/>
          <w:szCs w:val="22"/>
        </w:rPr>
        <w:t xml:space="preserve"> who is curren</w:t>
      </w:r>
      <w:r w:rsidRPr="52639E35" w:rsidR="2AE12815">
        <w:rPr>
          <w:b w:val="0"/>
          <w:bCs w:val="0"/>
          <w:color w:val="000000" w:themeColor="text1" w:themeTint="FF" w:themeShade="FF"/>
          <w:sz w:val="22"/>
          <w:szCs w:val="22"/>
        </w:rPr>
        <w:t>tly studying</w:t>
      </w:r>
      <w:r w:rsidRPr="52639E35" w:rsidR="146465CA">
        <w:rPr>
          <w:b w:val="0"/>
          <w:bCs w:val="0"/>
          <w:color w:val="000000" w:themeColor="text1" w:themeTint="FF" w:themeShade="FF"/>
          <w:sz w:val="22"/>
          <w:szCs w:val="22"/>
        </w:rPr>
        <w:t xml:space="preserve"> at Norland</w:t>
      </w:r>
      <w:r w:rsidRPr="52639E35" w:rsidR="531743A6">
        <w:rPr>
          <w:b w:val="0"/>
          <w:bCs w:val="0"/>
          <w:color w:val="000000" w:themeColor="text1" w:themeTint="FF" w:themeShade="FF"/>
          <w:sz w:val="22"/>
          <w:szCs w:val="22"/>
        </w:rPr>
        <w:t xml:space="preserve"> University</w:t>
      </w:r>
      <w:r w:rsidRPr="52639E35" w:rsidR="146465CA">
        <w:rPr>
          <w:b w:val="0"/>
          <w:bCs w:val="0"/>
          <w:color w:val="000000" w:themeColor="text1" w:themeTint="FF" w:themeShade="FF"/>
          <w:sz w:val="22"/>
          <w:szCs w:val="22"/>
        </w:rPr>
        <w:t>?</w:t>
      </w:r>
      <w:r w:rsidRPr="52639E35" w:rsidR="16FF769E">
        <w:rPr>
          <w:b w:val="0"/>
          <w:bCs w:val="0"/>
          <w:color w:val="000000" w:themeColor="text1" w:themeTint="FF" w:themeShade="FF"/>
          <w:sz w:val="22"/>
          <w:szCs w:val="22"/>
        </w:rPr>
        <w:t xml:space="preserve">  </w:t>
      </w:r>
      <w:r w:rsidRPr="52639E35" w:rsidR="16FF769E">
        <w:rPr>
          <w:b w:val="0"/>
          <w:bCs w:val="0"/>
          <w:color w:val="000000" w:themeColor="text1" w:themeTint="FF" w:themeShade="FF"/>
          <w:sz w:val="22"/>
          <w:szCs w:val="22"/>
        </w:rPr>
        <w:t xml:space="preserve">    </w:t>
      </w:r>
      <w:r w:rsidRPr="52639E35" w:rsidR="16FF769E">
        <w:rPr>
          <w:b w:val="1"/>
          <w:bCs w:val="1"/>
        </w:rPr>
        <w:t>YES</w:t>
      </w:r>
      <w:r>
        <w:tab/>
      </w:r>
      <w:r>
        <w:tab/>
      </w:r>
      <w:r w:rsidRPr="52639E35" w:rsidR="16FF769E">
        <w:rPr>
          <w:b w:val="1"/>
          <w:bCs w:val="1"/>
        </w:rPr>
        <w:t>NO</w:t>
      </w:r>
    </w:p>
    <w:p w:rsidR="16FF769E" w:rsidP="3B921E28" w:rsidRDefault="16FF769E" w14:paraId="681A5B87" w14:textId="5A12D848">
      <w:pPr>
        <w:pStyle w:val="Normal"/>
        <w:spacing w:before="240" w:after="120"/>
        <w:rPr>
          <w:b w:val="0"/>
          <w:bCs w:val="0"/>
        </w:rPr>
      </w:pPr>
      <w:r w:rsidR="16FF769E">
        <w:rPr>
          <w:b w:val="0"/>
          <w:bCs w:val="0"/>
        </w:rPr>
        <w:t>If yes, please provide further details below:</w:t>
      </w:r>
    </w:p>
    <w:p w:rsidR="16FF769E" w:rsidP="3B921E28" w:rsidRDefault="16FF769E" w14:paraId="4C05E0C5" w14:textId="6DBB5675">
      <w:pPr>
        <w:pStyle w:val="Normal"/>
        <w:spacing w:before="240" w:after="120"/>
      </w:pPr>
      <w:r w:rsidRPr="3B921E28" w:rsidR="16FF769E">
        <w:rPr>
          <w:b w:val="1"/>
          <w:bCs w:val="1"/>
        </w:rPr>
        <w:t>______________________________________________________________________________________________</w:t>
      </w:r>
    </w:p>
    <w:p w:rsidR="005C021F" w:rsidP="3B921E28" w:rsidRDefault="00444A3A" w14:paraId="57F8654F" w14:textId="4FDFDD7B">
      <w:pPr>
        <w:spacing w:before="240" w:after="120"/>
        <w:rPr>
          <w:b w:val="1"/>
          <w:bCs w:val="1"/>
          <w:color w:val="6B3305"/>
          <w:sz w:val="28"/>
          <w:szCs w:val="28"/>
        </w:rPr>
      </w:pPr>
      <w:r w:rsidRPr="3B921E28" w:rsidR="00444A3A">
        <w:rPr>
          <w:b w:val="1"/>
          <w:bCs w:val="1"/>
          <w:color w:val="6B3305"/>
          <w:sz w:val="28"/>
          <w:szCs w:val="28"/>
        </w:rPr>
        <w:t xml:space="preserve">3. </w:t>
      </w:r>
      <w:r w:rsidRPr="3B921E28" w:rsidR="00444A3A">
        <w:rPr>
          <w:b w:val="1"/>
          <w:bCs w:val="1"/>
          <w:color w:val="6B3305"/>
          <w:sz w:val="28"/>
          <w:szCs w:val="28"/>
        </w:rPr>
        <w:t xml:space="preserve">Education and </w:t>
      </w:r>
      <w:r w:rsidRPr="3B921E28" w:rsidR="00DB66BF">
        <w:rPr>
          <w:b w:val="1"/>
          <w:bCs w:val="1"/>
          <w:color w:val="6B3305"/>
          <w:sz w:val="28"/>
          <w:szCs w:val="28"/>
        </w:rPr>
        <w:t>t</w:t>
      </w:r>
      <w:r w:rsidRPr="3B921E28" w:rsidR="00444A3A">
        <w:rPr>
          <w:b w:val="1"/>
          <w:bCs w:val="1"/>
          <w:color w:val="6B3305"/>
          <w:sz w:val="28"/>
          <w:szCs w:val="28"/>
        </w:rPr>
        <w:t>raining</w:t>
      </w:r>
    </w:p>
    <w:p w:rsidRPr="009F2AE7" w:rsidR="00430C6C" w:rsidRDefault="00430C6C" w14:paraId="10216F60" w14:textId="7F540D2C">
      <w:pPr>
        <w:rPr>
          <w:color w:val="000000" w:themeColor="text1"/>
        </w:rPr>
      </w:pPr>
      <w:r w:rsidRPr="009F2AE7">
        <w:rPr>
          <w:color w:val="000000" w:themeColor="text1"/>
        </w:rPr>
        <w:t>Please include secondary schools, colleges, universities</w:t>
      </w:r>
      <w:r w:rsidRPr="009F2AE7" w:rsidR="009F2AE7">
        <w:rPr>
          <w:color w:val="000000" w:themeColor="text1"/>
        </w:rPr>
        <w:t xml:space="preserve"> </w:t>
      </w:r>
      <w:r w:rsidR="00731B1E">
        <w:rPr>
          <w:color w:val="000000" w:themeColor="text1"/>
        </w:rPr>
        <w:t xml:space="preserve">and any </w:t>
      </w:r>
      <w:r w:rsidRPr="009F2AE7" w:rsidR="009F2AE7">
        <w:rPr>
          <w:color w:val="000000" w:themeColor="text1"/>
        </w:rPr>
        <w:t>other institutions including post graduate courses that are relevant to the position you are applying for</w:t>
      </w:r>
      <w:r w:rsidR="00EA00DB">
        <w:rPr>
          <w:color w:val="000000" w:themeColor="text1"/>
        </w:rPr>
        <w:t>.</w:t>
      </w:r>
    </w:p>
    <w:tbl>
      <w:tblPr>
        <w:tblStyle w:val="TableGrid"/>
        <w:tblW w:w="0" w:type="auto"/>
        <w:tblInd w:w="108" w:type="dxa"/>
        <w:tblLook w:val="04A0" w:firstRow="1" w:lastRow="0" w:firstColumn="1" w:lastColumn="0" w:noHBand="0" w:noVBand="1"/>
      </w:tblPr>
      <w:tblGrid>
        <w:gridCol w:w="3544"/>
        <w:gridCol w:w="3686"/>
        <w:gridCol w:w="3118"/>
      </w:tblGrid>
      <w:tr w:rsidR="005C021F" w:rsidTr="52639E35" w14:paraId="713E7712" w14:textId="77777777">
        <w:tc>
          <w:tcPr>
            <w:tcW w:w="3544" w:type="dxa"/>
            <w:tcMar/>
          </w:tcPr>
          <w:p w:rsidRPr="00731B1E" w:rsidR="005C021F" w:rsidP="00731B1E" w:rsidRDefault="00E727EF" w14:paraId="6F536A0A" w14:textId="121D53E7">
            <w:pPr>
              <w:jc w:val="center"/>
              <w:rPr>
                <w:b w:val="1"/>
                <w:bCs w:val="1"/>
              </w:rPr>
            </w:pPr>
            <w:r w:rsidRPr="52639E35" w:rsidR="437A4D3E">
              <w:rPr>
                <w:b w:val="1"/>
                <w:bCs w:val="1"/>
              </w:rPr>
              <w:t>S</w:t>
            </w:r>
            <w:r w:rsidRPr="52639E35" w:rsidR="00444A3A">
              <w:rPr>
                <w:b w:val="1"/>
                <w:bCs w:val="1"/>
              </w:rPr>
              <w:t>chool</w:t>
            </w:r>
            <w:r w:rsidRPr="52639E35" w:rsidR="34A7F93D">
              <w:rPr>
                <w:b w:val="1"/>
                <w:bCs w:val="1"/>
              </w:rPr>
              <w:t xml:space="preserve">/ </w:t>
            </w:r>
            <w:r w:rsidRPr="52639E35" w:rsidR="1529103C">
              <w:rPr>
                <w:b w:val="1"/>
                <w:bCs w:val="1"/>
              </w:rPr>
              <w:t>C</w:t>
            </w:r>
            <w:r w:rsidRPr="52639E35" w:rsidR="00444A3A">
              <w:rPr>
                <w:b w:val="1"/>
                <w:bCs w:val="1"/>
              </w:rPr>
              <w:t>ollege</w:t>
            </w:r>
            <w:r w:rsidRPr="52639E35" w:rsidR="34A7F93D">
              <w:rPr>
                <w:b w:val="1"/>
                <w:bCs w:val="1"/>
              </w:rPr>
              <w:t xml:space="preserve">/ </w:t>
            </w:r>
            <w:r w:rsidRPr="52639E35" w:rsidR="54D15925">
              <w:rPr>
                <w:b w:val="1"/>
                <w:bCs w:val="1"/>
              </w:rPr>
              <w:t>U</w:t>
            </w:r>
            <w:r w:rsidRPr="52639E35" w:rsidR="00444A3A">
              <w:rPr>
                <w:b w:val="1"/>
                <w:bCs w:val="1"/>
              </w:rPr>
              <w:t>niversity</w:t>
            </w:r>
          </w:p>
        </w:tc>
        <w:tc>
          <w:tcPr>
            <w:tcW w:w="3686" w:type="dxa"/>
            <w:tcMar/>
          </w:tcPr>
          <w:p w:rsidRPr="00731B1E" w:rsidR="005C021F" w:rsidP="00731B1E" w:rsidRDefault="00E727EF" w14:paraId="6E17FE29" w14:textId="6D64B502">
            <w:pPr>
              <w:jc w:val="center"/>
              <w:rPr>
                <w:b w:val="1"/>
                <w:bCs w:val="1"/>
              </w:rPr>
            </w:pPr>
            <w:r w:rsidRPr="52639E35" w:rsidR="570A8888">
              <w:rPr>
                <w:b w:val="1"/>
                <w:bCs w:val="1"/>
              </w:rPr>
              <w:t>C</w:t>
            </w:r>
            <w:r w:rsidRPr="52639E35" w:rsidR="00444A3A">
              <w:rPr>
                <w:b w:val="1"/>
                <w:bCs w:val="1"/>
              </w:rPr>
              <w:t>ourse</w:t>
            </w:r>
            <w:r w:rsidRPr="52639E35" w:rsidR="34A7F93D">
              <w:rPr>
                <w:b w:val="1"/>
                <w:bCs w:val="1"/>
              </w:rPr>
              <w:t xml:space="preserve">/ </w:t>
            </w:r>
            <w:r w:rsidRPr="52639E35" w:rsidR="1E0C227F">
              <w:rPr>
                <w:b w:val="1"/>
                <w:bCs w:val="1"/>
              </w:rPr>
              <w:t>S</w:t>
            </w:r>
            <w:r w:rsidRPr="52639E35" w:rsidR="00444A3A">
              <w:rPr>
                <w:b w:val="1"/>
                <w:bCs w:val="1"/>
              </w:rPr>
              <w:t>ubject</w:t>
            </w:r>
          </w:p>
        </w:tc>
        <w:tc>
          <w:tcPr>
            <w:tcW w:w="3118" w:type="dxa"/>
            <w:tcMar/>
          </w:tcPr>
          <w:p w:rsidRPr="00731B1E" w:rsidR="005C021F" w:rsidP="00731B1E" w:rsidRDefault="00E727EF" w14:paraId="297E66E7" w14:textId="6FE39783">
            <w:pPr>
              <w:jc w:val="center"/>
              <w:rPr>
                <w:b/>
                <w:bCs/>
              </w:rPr>
            </w:pPr>
            <w:r>
              <w:rPr>
                <w:b/>
                <w:bCs/>
              </w:rPr>
              <w:t>Q</w:t>
            </w:r>
            <w:r w:rsidRPr="00731B1E" w:rsidR="00444A3A">
              <w:rPr>
                <w:b/>
                <w:bCs/>
              </w:rPr>
              <w:t>ualification</w:t>
            </w:r>
            <w:r>
              <w:rPr>
                <w:b/>
                <w:bCs/>
              </w:rPr>
              <w:t>/ r</w:t>
            </w:r>
            <w:r w:rsidRPr="00731B1E" w:rsidR="00444A3A">
              <w:rPr>
                <w:b/>
                <w:bCs/>
              </w:rPr>
              <w:t>esult</w:t>
            </w:r>
          </w:p>
        </w:tc>
      </w:tr>
      <w:tr w:rsidR="005C021F" w:rsidTr="52639E35" w14:paraId="4ED87F8A" w14:textId="77777777">
        <w:tc>
          <w:tcPr>
            <w:tcW w:w="3544" w:type="dxa"/>
            <w:tcMar/>
          </w:tcPr>
          <w:p w:rsidR="005C021F" w:rsidRDefault="00444A3A" w14:paraId="046ACE80" w14:textId="77777777">
            <w:r>
              <w:br/>
            </w:r>
          </w:p>
        </w:tc>
        <w:tc>
          <w:tcPr>
            <w:tcW w:w="3686" w:type="dxa"/>
            <w:tcMar/>
          </w:tcPr>
          <w:p w:rsidR="005C021F" w:rsidRDefault="00444A3A" w14:paraId="1080B9C7" w14:textId="77777777">
            <w:r>
              <w:br/>
            </w:r>
          </w:p>
        </w:tc>
        <w:tc>
          <w:tcPr>
            <w:tcW w:w="3118" w:type="dxa"/>
            <w:tcMar/>
          </w:tcPr>
          <w:p w:rsidR="005C021F" w:rsidRDefault="00444A3A" w14:paraId="3563C064" w14:textId="77777777">
            <w:r>
              <w:br/>
            </w:r>
          </w:p>
        </w:tc>
      </w:tr>
      <w:tr w:rsidR="005C021F" w:rsidTr="52639E35" w14:paraId="34B42384" w14:textId="77777777">
        <w:tc>
          <w:tcPr>
            <w:tcW w:w="3544" w:type="dxa"/>
            <w:tcMar/>
          </w:tcPr>
          <w:p w:rsidR="005C021F" w:rsidRDefault="00444A3A" w14:paraId="62A1A859" w14:textId="77777777">
            <w:r>
              <w:br/>
            </w:r>
          </w:p>
        </w:tc>
        <w:tc>
          <w:tcPr>
            <w:tcW w:w="3686" w:type="dxa"/>
            <w:tcMar/>
          </w:tcPr>
          <w:p w:rsidR="005C021F" w:rsidRDefault="00444A3A" w14:paraId="6EC448A7" w14:textId="77777777">
            <w:r>
              <w:br/>
            </w:r>
          </w:p>
        </w:tc>
        <w:tc>
          <w:tcPr>
            <w:tcW w:w="3118" w:type="dxa"/>
            <w:tcMar/>
          </w:tcPr>
          <w:p w:rsidR="005C021F" w:rsidRDefault="00444A3A" w14:paraId="7B242534" w14:textId="77777777">
            <w:r>
              <w:br/>
            </w:r>
          </w:p>
        </w:tc>
      </w:tr>
      <w:tr w:rsidR="005C021F" w:rsidTr="52639E35" w14:paraId="7FE52534" w14:textId="77777777">
        <w:tc>
          <w:tcPr>
            <w:tcW w:w="3544" w:type="dxa"/>
            <w:tcMar/>
          </w:tcPr>
          <w:p w:rsidR="005C021F" w:rsidRDefault="00444A3A" w14:paraId="7DC360E2" w14:textId="77777777">
            <w:r>
              <w:br/>
            </w:r>
          </w:p>
        </w:tc>
        <w:tc>
          <w:tcPr>
            <w:tcW w:w="3686" w:type="dxa"/>
            <w:tcMar/>
          </w:tcPr>
          <w:p w:rsidR="005C021F" w:rsidRDefault="00444A3A" w14:paraId="4B68A773" w14:textId="77777777">
            <w:r>
              <w:br/>
            </w:r>
          </w:p>
        </w:tc>
        <w:tc>
          <w:tcPr>
            <w:tcW w:w="3118" w:type="dxa"/>
            <w:tcMar/>
          </w:tcPr>
          <w:p w:rsidR="005C021F" w:rsidRDefault="00444A3A" w14:paraId="08ECCF9B" w14:textId="77777777">
            <w:r>
              <w:br/>
            </w:r>
          </w:p>
        </w:tc>
      </w:tr>
      <w:tr w:rsidR="005C021F" w:rsidTr="52639E35" w14:paraId="058CFE76" w14:textId="77777777">
        <w:tc>
          <w:tcPr>
            <w:tcW w:w="3544" w:type="dxa"/>
            <w:tcMar/>
          </w:tcPr>
          <w:p w:rsidR="005C021F" w:rsidRDefault="00444A3A" w14:paraId="14D12910" w14:textId="77777777">
            <w:r>
              <w:br/>
            </w:r>
          </w:p>
        </w:tc>
        <w:tc>
          <w:tcPr>
            <w:tcW w:w="3686" w:type="dxa"/>
            <w:tcMar/>
          </w:tcPr>
          <w:p w:rsidR="005C021F" w:rsidRDefault="00444A3A" w14:paraId="37211751" w14:textId="77777777">
            <w:r>
              <w:br/>
            </w:r>
          </w:p>
        </w:tc>
        <w:tc>
          <w:tcPr>
            <w:tcW w:w="3118" w:type="dxa"/>
            <w:tcMar/>
          </w:tcPr>
          <w:p w:rsidR="005C021F" w:rsidRDefault="00444A3A" w14:paraId="0B88435D" w14:textId="77777777">
            <w:r>
              <w:br/>
            </w:r>
          </w:p>
        </w:tc>
      </w:tr>
      <w:tr w:rsidR="005C021F" w:rsidTr="52639E35" w14:paraId="062CB111" w14:textId="77777777">
        <w:tc>
          <w:tcPr>
            <w:tcW w:w="3544" w:type="dxa"/>
            <w:tcMar/>
          </w:tcPr>
          <w:p w:rsidR="005C021F" w:rsidRDefault="00444A3A" w14:paraId="0D0AA6C6" w14:textId="77777777">
            <w:r>
              <w:br/>
            </w:r>
          </w:p>
        </w:tc>
        <w:tc>
          <w:tcPr>
            <w:tcW w:w="3686" w:type="dxa"/>
            <w:tcMar/>
          </w:tcPr>
          <w:p w:rsidR="005C021F" w:rsidRDefault="00444A3A" w14:paraId="6CACAC5B" w14:textId="77777777">
            <w:r>
              <w:br/>
            </w:r>
          </w:p>
        </w:tc>
        <w:tc>
          <w:tcPr>
            <w:tcW w:w="3118" w:type="dxa"/>
            <w:tcMar/>
          </w:tcPr>
          <w:p w:rsidR="005C021F" w:rsidRDefault="00444A3A" w14:paraId="375D0244" w14:textId="77777777">
            <w:r>
              <w:br/>
            </w:r>
          </w:p>
        </w:tc>
      </w:tr>
      <w:tr w:rsidR="005C021F" w:rsidTr="52639E35" w14:paraId="517CD51C" w14:textId="77777777">
        <w:tc>
          <w:tcPr>
            <w:tcW w:w="3544" w:type="dxa"/>
            <w:tcMar/>
          </w:tcPr>
          <w:p w:rsidR="005C021F" w:rsidRDefault="00444A3A" w14:paraId="7B917BCA" w14:textId="77777777">
            <w:r>
              <w:br/>
            </w:r>
          </w:p>
        </w:tc>
        <w:tc>
          <w:tcPr>
            <w:tcW w:w="3686" w:type="dxa"/>
            <w:tcMar/>
          </w:tcPr>
          <w:p w:rsidR="005C021F" w:rsidRDefault="00444A3A" w14:paraId="1746F171" w14:textId="77777777">
            <w:r>
              <w:br/>
            </w:r>
          </w:p>
        </w:tc>
        <w:tc>
          <w:tcPr>
            <w:tcW w:w="3118" w:type="dxa"/>
            <w:tcMar/>
          </w:tcPr>
          <w:p w:rsidR="005C021F" w:rsidRDefault="00444A3A" w14:paraId="17A935AC" w14:textId="77777777">
            <w:r>
              <w:br/>
            </w:r>
          </w:p>
        </w:tc>
      </w:tr>
    </w:tbl>
    <w:p w:rsidRPr="00032398" w:rsidR="005C021F" w:rsidP="00032398" w:rsidRDefault="00444A3A" w14:paraId="085351DE" w14:textId="120D81B2">
      <w:pPr>
        <w:spacing w:before="240" w:after="120"/>
        <w:rPr>
          <w:color w:val="6B3305"/>
          <w:sz w:val="28"/>
          <w:szCs w:val="28"/>
        </w:rPr>
      </w:pPr>
      <w:r w:rsidRPr="00032398">
        <w:rPr>
          <w:b/>
          <w:color w:val="6B3305"/>
          <w:sz w:val="28"/>
          <w:szCs w:val="28"/>
        </w:rPr>
        <w:t>4. Present</w:t>
      </w:r>
      <w:r w:rsidRPr="00032398" w:rsidR="00DB66BF">
        <w:rPr>
          <w:b/>
          <w:color w:val="6B3305"/>
          <w:sz w:val="28"/>
          <w:szCs w:val="28"/>
        </w:rPr>
        <w:t>/ m</w:t>
      </w:r>
      <w:r w:rsidRPr="00032398">
        <w:rPr>
          <w:b/>
          <w:color w:val="6B3305"/>
          <w:sz w:val="28"/>
          <w:szCs w:val="28"/>
        </w:rPr>
        <w:t xml:space="preserve">ost </w:t>
      </w:r>
      <w:r w:rsidRPr="00032398" w:rsidR="00DB66BF">
        <w:rPr>
          <w:b/>
          <w:color w:val="6B3305"/>
          <w:sz w:val="28"/>
          <w:szCs w:val="28"/>
        </w:rPr>
        <w:t>r</w:t>
      </w:r>
      <w:r w:rsidRPr="00032398">
        <w:rPr>
          <w:b/>
          <w:color w:val="6B3305"/>
          <w:sz w:val="28"/>
          <w:szCs w:val="28"/>
        </w:rPr>
        <w:t xml:space="preserve">ecent </w:t>
      </w:r>
      <w:r w:rsidRPr="00032398" w:rsidR="00DB66BF">
        <w:rPr>
          <w:b/>
          <w:color w:val="6B3305"/>
          <w:sz w:val="28"/>
          <w:szCs w:val="28"/>
        </w:rPr>
        <w:t>e</w:t>
      </w:r>
      <w:r w:rsidRPr="00032398">
        <w:rPr>
          <w:b/>
          <w:color w:val="6B3305"/>
          <w:sz w:val="28"/>
          <w:szCs w:val="28"/>
        </w:rPr>
        <w:t>mployment</w:t>
      </w:r>
    </w:p>
    <w:tbl>
      <w:tblPr>
        <w:tblStyle w:val="TableGrid"/>
        <w:tblW w:w="0" w:type="auto"/>
        <w:tblInd w:w="108" w:type="dxa"/>
        <w:tblLook w:val="04A0" w:firstRow="1" w:lastRow="0" w:firstColumn="1" w:lastColumn="0" w:noHBand="0" w:noVBand="1"/>
      </w:tblPr>
      <w:tblGrid>
        <w:gridCol w:w="3686"/>
        <w:gridCol w:w="6662"/>
      </w:tblGrid>
      <w:tr w:rsidR="009C4DFE" w:rsidTr="00D330C5" w14:paraId="67F2F0E3" w14:textId="77777777">
        <w:tc>
          <w:tcPr>
            <w:tcW w:w="3686" w:type="dxa"/>
          </w:tcPr>
          <w:p w:rsidR="009C4DFE" w:rsidRDefault="006944C0" w14:paraId="1123231A" w14:textId="52258E21">
            <w:pPr>
              <w:rPr>
                <w:b/>
              </w:rPr>
            </w:pPr>
            <w:r>
              <w:rPr>
                <w:b/>
              </w:rPr>
              <w:t>Name and address of employer</w:t>
            </w:r>
            <w:r w:rsidR="00982E56">
              <w:rPr>
                <w:b/>
              </w:rPr>
              <w:t>:</w:t>
            </w:r>
          </w:p>
        </w:tc>
        <w:tc>
          <w:tcPr>
            <w:tcW w:w="6662" w:type="dxa"/>
          </w:tcPr>
          <w:p w:rsidR="009C4DFE" w:rsidRDefault="009C4DFE" w14:paraId="204DA213" w14:textId="77777777">
            <w:pPr>
              <w:rPr>
                <w:b/>
              </w:rPr>
            </w:pPr>
          </w:p>
          <w:p w:rsidR="00D330C5" w:rsidRDefault="00D330C5" w14:paraId="0C064788" w14:textId="77777777">
            <w:pPr>
              <w:rPr>
                <w:b/>
              </w:rPr>
            </w:pPr>
          </w:p>
        </w:tc>
      </w:tr>
      <w:tr w:rsidR="009C4DFE" w:rsidTr="00D330C5" w14:paraId="28C5490B" w14:textId="77777777">
        <w:tc>
          <w:tcPr>
            <w:tcW w:w="3686" w:type="dxa"/>
          </w:tcPr>
          <w:p w:rsidR="009C4DFE" w:rsidRDefault="00EA496C" w14:paraId="6E10356A" w14:textId="1D8F7BBA">
            <w:pPr>
              <w:rPr>
                <w:b/>
              </w:rPr>
            </w:pPr>
            <w:r>
              <w:rPr>
                <w:b/>
              </w:rPr>
              <w:t>J</w:t>
            </w:r>
            <w:r w:rsidR="00982E56">
              <w:rPr>
                <w:b/>
              </w:rPr>
              <w:t>ob title:</w:t>
            </w:r>
          </w:p>
        </w:tc>
        <w:tc>
          <w:tcPr>
            <w:tcW w:w="6662" w:type="dxa"/>
          </w:tcPr>
          <w:p w:rsidR="009C4DFE" w:rsidRDefault="009C4DFE" w14:paraId="4E6CF6FD" w14:textId="77777777">
            <w:pPr>
              <w:rPr>
                <w:b/>
              </w:rPr>
            </w:pPr>
          </w:p>
          <w:p w:rsidR="00D330C5" w:rsidRDefault="00D330C5" w14:paraId="7EDE147F" w14:textId="77777777">
            <w:pPr>
              <w:rPr>
                <w:b/>
              </w:rPr>
            </w:pPr>
          </w:p>
        </w:tc>
      </w:tr>
      <w:tr w:rsidR="009C4DFE" w:rsidTr="00D330C5" w14:paraId="22895245" w14:textId="77777777">
        <w:tc>
          <w:tcPr>
            <w:tcW w:w="3686" w:type="dxa"/>
          </w:tcPr>
          <w:p w:rsidR="009C4DFE" w:rsidRDefault="00982E56" w14:paraId="338FFD0B" w14:textId="3E3153DA">
            <w:pPr>
              <w:rPr>
                <w:b/>
              </w:rPr>
            </w:pPr>
            <w:r>
              <w:rPr>
                <w:b/>
              </w:rPr>
              <w:t>Dates of employment (from &amp; to)</w:t>
            </w:r>
            <w:r w:rsidR="00EA496C">
              <w:rPr>
                <w:b/>
              </w:rPr>
              <w:t>:</w:t>
            </w:r>
          </w:p>
        </w:tc>
        <w:tc>
          <w:tcPr>
            <w:tcW w:w="6662" w:type="dxa"/>
          </w:tcPr>
          <w:p w:rsidR="009C4DFE" w:rsidRDefault="009C4DFE" w14:paraId="17B9F1C4" w14:textId="77777777">
            <w:pPr>
              <w:rPr>
                <w:b/>
              </w:rPr>
            </w:pPr>
          </w:p>
          <w:p w:rsidR="00D330C5" w:rsidRDefault="00D330C5" w14:paraId="35EB64DD" w14:textId="77777777">
            <w:pPr>
              <w:rPr>
                <w:b/>
              </w:rPr>
            </w:pPr>
          </w:p>
        </w:tc>
      </w:tr>
      <w:tr w:rsidR="009C4DFE" w:rsidTr="00D330C5" w14:paraId="132668DB" w14:textId="77777777">
        <w:tc>
          <w:tcPr>
            <w:tcW w:w="3686" w:type="dxa"/>
          </w:tcPr>
          <w:p w:rsidR="009C4DFE" w:rsidRDefault="00EA496C" w14:paraId="0925EEB2" w14:textId="359666D3">
            <w:pPr>
              <w:rPr>
                <w:b/>
              </w:rPr>
            </w:pPr>
            <w:r>
              <w:rPr>
                <w:b/>
              </w:rPr>
              <w:t>Salary:</w:t>
            </w:r>
          </w:p>
        </w:tc>
        <w:tc>
          <w:tcPr>
            <w:tcW w:w="6662" w:type="dxa"/>
          </w:tcPr>
          <w:p w:rsidR="009C4DFE" w:rsidRDefault="009C4DFE" w14:paraId="702BDAB0" w14:textId="77777777">
            <w:pPr>
              <w:rPr>
                <w:b/>
              </w:rPr>
            </w:pPr>
          </w:p>
          <w:p w:rsidR="00D330C5" w:rsidRDefault="00D330C5" w14:paraId="0F42DD09" w14:textId="77777777">
            <w:pPr>
              <w:rPr>
                <w:b/>
              </w:rPr>
            </w:pPr>
          </w:p>
        </w:tc>
      </w:tr>
      <w:tr w:rsidR="00BF0D29" w:rsidTr="00317D14" w14:paraId="125B040A" w14:textId="77777777">
        <w:tc>
          <w:tcPr>
            <w:tcW w:w="10348" w:type="dxa"/>
            <w:gridSpan w:val="2"/>
          </w:tcPr>
          <w:p w:rsidR="00BF0D29" w:rsidRDefault="00BF0D29" w14:paraId="73259B09" w14:textId="77777777">
            <w:pPr>
              <w:rPr>
                <w:b/>
              </w:rPr>
            </w:pPr>
            <w:r>
              <w:rPr>
                <w:b/>
              </w:rPr>
              <w:t>Describe your duties and responsibilities:</w:t>
            </w:r>
          </w:p>
          <w:p w:rsidR="00BF0D29" w:rsidRDefault="00BF0D29" w14:paraId="628C4F9A" w14:textId="77777777">
            <w:pPr>
              <w:rPr>
                <w:b/>
              </w:rPr>
            </w:pPr>
          </w:p>
          <w:p w:rsidR="00BF0D29" w:rsidRDefault="00BF0D29" w14:paraId="33E030D2" w14:textId="77777777">
            <w:pPr>
              <w:rPr>
                <w:b/>
              </w:rPr>
            </w:pPr>
          </w:p>
          <w:p w:rsidR="00BF0D29" w:rsidRDefault="00BF0D29" w14:paraId="1D5A1753" w14:textId="77777777">
            <w:pPr>
              <w:rPr>
                <w:b/>
              </w:rPr>
            </w:pPr>
          </w:p>
          <w:p w:rsidR="00D330C5" w:rsidRDefault="00D330C5" w14:paraId="1269D549" w14:textId="77777777">
            <w:pPr>
              <w:rPr>
                <w:b/>
              </w:rPr>
            </w:pPr>
          </w:p>
          <w:p w:rsidR="00D330C5" w:rsidRDefault="00D330C5" w14:paraId="79FDBDA8" w14:textId="77777777">
            <w:pPr>
              <w:rPr>
                <w:b/>
              </w:rPr>
            </w:pPr>
          </w:p>
          <w:p w:rsidR="00BF0D29" w:rsidRDefault="00BF0D29" w14:paraId="6A5A282E" w14:textId="77777777">
            <w:pPr>
              <w:rPr>
                <w:b/>
              </w:rPr>
            </w:pPr>
          </w:p>
          <w:p w:rsidR="00BF0D29" w:rsidRDefault="00BF0D29" w14:paraId="38E05CF5" w14:textId="4B137464">
            <w:pPr>
              <w:rPr>
                <w:b/>
              </w:rPr>
            </w:pPr>
          </w:p>
        </w:tc>
      </w:tr>
      <w:tr w:rsidR="00D330C5" w:rsidTr="00312B3C" w14:paraId="26745AA9" w14:textId="77777777">
        <w:tc>
          <w:tcPr>
            <w:tcW w:w="10348" w:type="dxa"/>
            <w:gridSpan w:val="2"/>
          </w:tcPr>
          <w:p w:rsidR="00D330C5" w:rsidRDefault="00D330C5" w14:paraId="05BBE44C" w14:textId="77777777">
            <w:pPr>
              <w:rPr>
                <w:b/>
              </w:rPr>
            </w:pPr>
            <w:r>
              <w:rPr>
                <w:b/>
              </w:rPr>
              <w:t>What is your most significant achievement in this job?</w:t>
            </w:r>
          </w:p>
          <w:p w:rsidR="00D330C5" w:rsidRDefault="00D330C5" w14:paraId="5842D19D" w14:textId="77777777">
            <w:pPr>
              <w:rPr>
                <w:b/>
              </w:rPr>
            </w:pPr>
          </w:p>
          <w:p w:rsidR="00D330C5" w:rsidRDefault="00D330C5" w14:paraId="6FA7422E" w14:textId="77777777">
            <w:pPr>
              <w:rPr>
                <w:b/>
              </w:rPr>
            </w:pPr>
          </w:p>
          <w:p w:rsidR="00D330C5" w:rsidRDefault="00D330C5" w14:paraId="3FAFD82D" w14:textId="77777777">
            <w:pPr>
              <w:rPr>
                <w:b/>
              </w:rPr>
            </w:pPr>
          </w:p>
          <w:p w:rsidR="00D330C5" w:rsidRDefault="00D330C5" w14:paraId="1C87ECED" w14:textId="77777777">
            <w:pPr>
              <w:rPr>
                <w:b/>
              </w:rPr>
            </w:pPr>
          </w:p>
          <w:p w:rsidR="00D330C5" w:rsidRDefault="00D330C5" w14:paraId="4674699A" w14:textId="77777777">
            <w:pPr>
              <w:rPr>
                <w:b/>
              </w:rPr>
            </w:pPr>
          </w:p>
          <w:p w:rsidR="00D330C5" w:rsidRDefault="00D330C5" w14:paraId="68F21C6D" w14:textId="77777777">
            <w:pPr>
              <w:rPr>
                <w:b/>
              </w:rPr>
            </w:pPr>
          </w:p>
          <w:p w:rsidR="00D330C5" w:rsidRDefault="00D330C5" w14:paraId="6E394762" w14:textId="477C603D">
            <w:pPr>
              <w:rPr>
                <w:b/>
              </w:rPr>
            </w:pPr>
          </w:p>
        </w:tc>
      </w:tr>
    </w:tbl>
    <w:p w:rsidRPr="00032398" w:rsidR="005C021F" w:rsidP="5947B4F4" w:rsidRDefault="00444A3A" w14:paraId="53839817" w14:textId="0E2C20BC">
      <w:pPr>
        <w:spacing w:before="240" w:after="120"/>
        <w:rPr>
          <w:b w:val="1"/>
          <w:bCs w:val="1"/>
          <w:color w:val="6B3305"/>
          <w:sz w:val="28"/>
          <w:szCs w:val="28"/>
        </w:rPr>
      </w:pPr>
      <w:r w:rsidRPr="52639E35" w:rsidR="00444A3A">
        <w:rPr>
          <w:b w:val="1"/>
          <w:bCs w:val="1"/>
          <w:color w:val="6B3305"/>
          <w:sz w:val="28"/>
          <w:szCs w:val="28"/>
        </w:rPr>
        <w:t xml:space="preserve">5. Previous </w:t>
      </w:r>
      <w:r w:rsidRPr="52639E35" w:rsidR="00DB66BF">
        <w:rPr>
          <w:b w:val="1"/>
          <w:bCs w:val="1"/>
          <w:color w:val="6B3305"/>
          <w:sz w:val="28"/>
          <w:szCs w:val="28"/>
        </w:rPr>
        <w:t>e</w:t>
      </w:r>
      <w:r w:rsidRPr="52639E35" w:rsidR="00444A3A">
        <w:rPr>
          <w:b w:val="1"/>
          <w:bCs w:val="1"/>
          <w:color w:val="6B3305"/>
          <w:sz w:val="28"/>
          <w:szCs w:val="28"/>
        </w:rPr>
        <w:t xml:space="preserve">mployment </w:t>
      </w:r>
      <w:r w:rsidRPr="52639E35" w:rsidR="00DB66BF">
        <w:rPr>
          <w:b w:val="1"/>
          <w:bCs w:val="1"/>
          <w:color w:val="6B3305"/>
          <w:sz w:val="28"/>
          <w:szCs w:val="28"/>
        </w:rPr>
        <w:t>h</w:t>
      </w:r>
      <w:r w:rsidRPr="52639E35" w:rsidR="00444A3A">
        <w:rPr>
          <w:b w:val="1"/>
          <w:bCs w:val="1"/>
          <w:color w:val="6B3305"/>
          <w:sz w:val="28"/>
          <w:szCs w:val="28"/>
        </w:rPr>
        <w:t>istory</w:t>
      </w:r>
    </w:p>
    <w:p w:rsidRPr="0087412C" w:rsidR="00D31145" w:rsidRDefault="00D31145" w14:paraId="1C3E1D00" w14:textId="18D63103">
      <w:pPr>
        <w:rPr>
          <w:color w:val="000000" w:themeColor="text1"/>
        </w:rPr>
      </w:pPr>
      <w:r w:rsidRPr="0087412C">
        <w:rPr>
          <w:color w:val="000000" w:themeColor="text1"/>
        </w:rPr>
        <w:t xml:space="preserve">Please complete this section in </w:t>
      </w:r>
      <w:r w:rsidRPr="0087412C" w:rsidR="0087412C">
        <w:rPr>
          <w:color w:val="000000" w:themeColor="text1"/>
        </w:rPr>
        <w:t>chronological</w:t>
      </w:r>
      <w:r w:rsidRPr="0087412C">
        <w:rPr>
          <w:color w:val="000000" w:themeColor="text1"/>
        </w:rPr>
        <w:t xml:space="preserve"> order, starting with </w:t>
      </w:r>
      <w:r w:rsidRPr="0087412C" w:rsidR="0087412C">
        <w:rPr>
          <w:color w:val="000000" w:themeColor="text1"/>
        </w:rPr>
        <w:t>the most recent, following the details in section 4.</w:t>
      </w:r>
    </w:p>
    <w:tbl>
      <w:tblPr>
        <w:tblStyle w:val="TableGrid"/>
        <w:tblW w:w="0" w:type="auto"/>
        <w:tblInd w:w="108" w:type="dxa"/>
        <w:tblLook w:val="04A0" w:firstRow="1" w:lastRow="0" w:firstColumn="1" w:lastColumn="0" w:noHBand="0" w:noVBand="1"/>
      </w:tblPr>
      <w:tblGrid>
        <w:gridCol w:w="1394"/>
        <w:gridCol w:w="1494"/>
        <w:gridCol w:w="1496"/>
        <w:gridCol w:w="3980"/>
        <w:gridCol w:w="1984"/>
      </w:tblGrid>
      <w:tr w:rsidR="0087412C" w:rsidTr="52639E35" w14:paraId="4EF12E3B" w14:textId="77777777">
        <w:tc>
          <w:tcPr>
            <w:tcW w:w="1394" w:type="dxa"/>
            <w:tcMar/>
          </w:tcPr>
          <w:p w:rsidR="0087412C" w:rsidRDefault="0087412C" w14:paraId="079C814B" w14:textId="5FCAE1F6">
            <w:pPr>
              <w:rPr>
                <w:b/>
              </w:rPr>
            </w:pPr>
            <w:r>
              <w:rPr>
                <w:b/>
              </w:rPr>
              <w:t>Employer</w:t>
            </w:r>
          </w:p>
        </w:tc>
        <w:tc>
          <w:tcPr>
            <w:tcW w:w="1494" w:type="dxa"/>
            <w:tcMar/>
          </w:tcPr>
          <w:p w:rsidR="0087412C" w:rsidRDefault="0087412C" w14:paraId="1A18CD33" w14:textId="50DF2442">
            <w:pPr>
              <w:rPr>
                <w:b/>
              </w:rPr>
            </w:pPr>
            <w:r>
              <w:rPr>
                <w:b/>
              </w:rPr>
              <w:t>Job title</w:t>
            </w:r>
          </w:p>
        </w:tc>
        <w:tc>
          <w:tcPr>
            <w:tcW w:w="1496" w:type="dxa"/>
            <w:tcMar/>
          </w:tcPr>
          <w:p w:rsidR="0087412C" w:rsidRDefault="0087412C" w14:paraId="4484E4C9" w14:textId="76B374ED">
            <w:pPr>
              <w:rPr>
                <w:b/>
              </w:rPr>
            </w:pPr>
            <w:r>
              <w:rPr>
                <w:b/>
              </w:rPr>
              <w:t>Dates (from &amp; to)</w:t>
            </w:r>
          </w:p>
        </w:tc>
        <w:tc>
          <w:tcPr>
            <w:tcW w:w="3980" w:type="dxa"/>
            <w:tcMar/>
          </w:tcPr>
          <w:p w:rsidR="0087412C" w:rsidRDefault="0087412C" w14:paraId="3949C2E5" w14:textId="56913061">
            <w:pPr>
              <w:rPr>
                <w:b/>
              </w:rPr>
            </w:pPr>
            <w:r>
              <w:rPr>
                <w:b/>
              </w:rPr>
              <w:t>Overview of work and responsibilities</w:t>
            </w:r>
          </w:p>
        </w:tc>
        <w:tc>
          <w:tcPr>
            <w:tcW w:w="1984" w:type="dxa"/>
            <w:tcMar/>
          </w:tcPr>
          <w:p w:rsidR="0087412C" w:rsidRDefault="0087412C" w14:paraId="5DC696CB" w14:textId="64F1BFD1">
            <w:pPr>
              <w:rPr>
                <w:b/>
              </w:rPr>
            </w:pPr>
            <w:r>
              <w:rPr>
                <w:b/>
              </w:rPr>
              <w:t>Reason for leaving</w:t>
            </w:r>
          </w:p>
        </w:tc>
      </w:tr>
      <w:tr w:rsidR="0087412C" w:rsidTr="52639E35" w14:paraId="591CF5AC" w14:textId="77777777">
        <w:tc>
          <w:tcPr>
            <w:tcW w:w="1394" w:type="dxa"/>
            <w:tcMar/>
          </w:tcPr>
          <w:p w:rsidR="0087412C" w:rsidRDefault="0087412C" w14:paraId="688B3C4D" w14:textId="77777777">
            <w:pPr>
              <w:rPr>
                <w:b/>
              </w:rPr>
            </w:pPr>
          </w:p>
          <w:p w:rsidR="00584684" w:rsidP="52639E35" w:rsidRDefault="00584684" w14:paraId="3CC677DC" w14:textId="3F680C19">
            <w:pPr>
              <w:rPr>
                <w:b w:val="1"/>
                <w:bCs w:val="1"/>
              </w:rPr>
            </w:pPr>
          </w:p>
          <w:p w:rsidR="00584684" w:rsidP="52639E35" w:rsidRDefault="00584684" w14:paraId="43B5F37F" w14:textId="4061BA28">
            <w:pPr>
              <w:pStyle w:val="Normal"/>
              <w:rPr>
                <w:b w:val="1"/>
                <w:bCs w:val="1"/>
              </w:rPr>
            </w:pPr>
          </w:p>
          <w:p w:rsidR="00584684" w:rsidP="52639E35" w:rsidRDefault="00584684" w14:paraId="07977415" w14:textId="21CEC28E">
            <w:pPr>
              <w:rPr>
                <w:b w:val="1"/>
                <w:bCs w:val="1"/>
              </w:rPr>
            </w:pPr>
          </w:p>
          <w:p w:rsidR="00584684" w:rsidP="52639E35" w:rsidRDefault="00584684" w14:paraId="15876A1F" w14:textId="59F508D8">
            <w:pPr>
              <w:rPr>
                <w:b w:val="1"/>
                <w:bCs w:val="1"/>
              </w:rPr>
            </w:pPr>
          </w:p>
        </w:tc>
        <w:tc>
          <w:tcPr>
            <w:tcW w:w="1494" w:type="dxa"/>
            <w:tcMar/>
          </w:tcPr>
          <w:p w:rsidR="0087412C" w:rsidRDefault="0087412C" w14:paraId="06FEF531" w14:textId="77777777">
            <w:pPr>
              <w:rPr>
                <w:b/>
              </w:rPr>
            </w:pPr>
          </w:p>
        </w:tc>
        <w:tc>
          <w:tcPr>
            <w:tcW w:w="1496" w:type="dxa"/>
            <w:tcMar/>
          </w:tcPr>
          <w:p w:rsidR="0087412C" w:rsidRDefault="0087412C" w14:paraId="7E1108AD" w14:textId="77777777">
            <w:pPr>
              <w:rPr>
                <w:b/>
              </w:rPr>
            </w:pPr>
          </w:p>
        </w:tc>
        <w:tc>
          <w:tcPr>
            <w:tcW w:w="3980" w:type="dxa"/>
            <w:tcMar/>
          </w:tcPr>
          <w:p w:rsidR="0087412C" w:rsidRDefault="0087412C" w14:paraId="50D4AF1D" w14:textId="77777777">
            <w:pPr>
              <w:rPr>
                <w:b/>
              </w:rPr>
            </w:pPr>
          </w:p>
          <w:p w:rsidR="00032398" w:rsidRDefault="00032398" w14:paraId="0BDF9B13" w14:textId="77777777">
            <w:pPr>
              <w:rPr>
                <w:b/>
              </w:rPr>
            </w:pPr>
          </w:p>
          <w:p w:rsidR="00032398" w:rsidRDefault="00032398" w14:paraId="6E86D7AC" w14:textId="77777777">
            <w:pPr>
              <w:rPr>
                <w:b/>
              </w:rPr>
            </w:pPr>
          </w:p>
        </w:tc>
        <w:tc>
          <w:tcPr>
            <w:tcW w:w="1984" w:type="dxa"/>
            <w:tcMar/>
          </w:tcPr>
          <w:p w:rsidR="0087412C" w:rsidRDefault="0087412C" w14:paraId="460CC105" w14:textId="77777777">
            <w:pPr>
              <w:rPr>
                <w:b/>
              </w:rPr>
            </w:pPr>
          </w:p>
        </w:tc>
      </w:tr>
      <w:tr w:rsidR="0087412C" w:rsidTr="52639E35" w14:paraId="00F107F0" w14:textId="77777777">
        <w:tc>
          <w:tcPr>
            <w:tcW w:w="1394" w:type="dxa"/>
            <w:tcMar/>
          </w:tcPr>
          <w:p w:rsidR="0087412C" w:rsidRDefault="0087412C" w14:paraId="3B152520" w14:textId="77777777">
            <w:pPr>
              <w:rPr>
                <w:b/>
              </w:rPr>
            </w:pPr>
          </w:p>
          <w:p w:rsidR="00584684" w:rsidP="52639E35" w:rsidRDefault="00584684" w14:paraId="53917333" w14:textId="399B78ED">
            <w:pPr>
              <w:rPr>
                <w:b w:val="1"/>
                <w:bCs w:val="1"/>
              </w:rPr>
            </w:pPr>
          </w:p>
          <w:p w:rsidR="00584684" w:rsidP="52639E35" w:rsidRDefault="00584684" w14:paraId="26B7FC54" w14:textId="4E376B14">
            <w:pPr>
              <w:rPr>
                <w:b w:val="1"/>
                <w:bCs w:val="1"/>
              </w:rPr>
            </w:pPr>
          </w:p>
          <w:p w:rsidR="00584684" w:rsidP="52639E35" w:rsidRDefault="00584684" w14:paraId="058C647B" w14:textId="43CE2D44">
            <w:pPr>
              <w:pStyle w:val="Normal"/>
              <w:rPr>
                <w:b w:val="1"/>
                <w:bCs w:val="1"/>
              </w:rPr>
            </w:pPr>
          </w:p>
          <w:p w:rsidR="00584684" w:rsidP="52639E35" w:rsidRDefault="00584684" w14:paraId="0419FE53" w14:textId="49677A96">
            <w:pPr>
              <w:rPr>
                <w:b w:val="1"/>
                <w:bCs w:val="1"/>
              </w:rPr>
            </w:pPr>
          </w:p>
          <w:p w:rsidR="00584684" w:rsidP="52639E35" w:rsidRDefault="00584684" w14:paraId="4709A272" w14:textId="733EC78F">
            <w:pPr>
              <w:rPr>
                <w:b w:val="1"/>
                <w:bCs w:val="1"/>
              </w:rPr>
            </w:pPr>
          </w:p>
        </w:tc>
        <w:tc>
          <w:tcPr>
            <w:tcW w:w="1494" w:type="dxa"/>
            <w:tcMar/>
          </w:tcPr>
          <w:p w:rsidR="0087412C" w:rsidRDefault="0087412C" w14:paraId="57A9DCE2" w14:textId="77777777">
            <w:pPr>
              <w:rPr>
                <w:b/>
              </w:rPr>
            </w:pPr>
          </w:p>
        </w:tc>
        <w:tc>
          <w:tcPr>
            <w:tcW w:w="1496" w:type="dxa"/>
            <w:tcMar/>
          </w:tcPr>
          <w:p w:rsidR="0087412C" w:rsidRDefault="0087412C" w14:paraId="2A8BB267" w14:textId="77777777">
            <w:pPr>
              <w:rPr>
                <w:b/>
              </w:rPr>
            </w:pPr>
          </w:p>
        </w:tc>
        <w:tc>
          <w:tcPr>
            <w:tcW w:w="3980" w:type="dxa"/>
            <w:tcMar/>
          </w:tcPr>
          <w:p w:rsidR="0087412C" w:rsidRDefault="0087412C" w14:paraId="4D2F76E6" w14:textId="77777777">
            <w:pPr>
              <w:rPr>
                <w:b/>
              </w:rPr>
            </w:pPr>
          </w:p>
          <w:p w:rsidR="00032398" w:rsidRDefault="00032398" w14:paraId="30D65A4D" w14:textId="77777777">
            <w:pPr>
              <w:rPr>
                <w:b/>
              </w:rPr>
            </w:pPr>
          </w:p>
          <w:p w:rsidR="00032398" w:rsidRDefault="00032398" w14:paraId="4C47ED43" w14:textId="77777777">
            <w:pPr>
              <w:rPr>
                <w:b/>
              </w:rPr>
            </w:pPr>
          </w:p>
        </w:tc>
        <w:tc>
          <w:tcPr>
            <w:tcW w:w="1984" w:type="dxa"/>
            <w:tcMar/>
          </w:tcPr>
          <w:p w:rsidR="0087412C" w:rsidRDefault="0087412C" w14:paraId="7E6606FE" w14:textId="77777777">
            <w:pPr>
              <w:rPr>
                <w:b/>
              </w:rPr>
            </w:pPr>
          </w:p>
        </w:tc>
      </w:tr>
      <w:tr w:rsidR="0087412C" w:rsidTr="52639E35" w14:paraId="4289FA98" w14:textId="77777777">
        <w:tc>
          <w:tcPr>
            <w:tcW w:w="1394" w:type="dxa"/>
            <w:tcMar/>
          </w:tcPr>
          <w:p w:rsidR="0087412C" w:rsidRDefault="0087412C" w14:paraId="26C32981" w14:textId="77777777">
            <w:pPr>
              <w:rPr>
                <w:b/>
              </w:rPr>
            </w:pPr>
          </w:p>
          <w:p w:rsidR="00584684" w:rsidP="52639E35" w:rsidRDefault="00584684" w14:paraId="4E8C765B" w14:textId="7917CF3D">
            <w:pPr>
              <w:rPr>
                <w:b w:val="1"/>
                <w:bCs w:val="1"/>
              </w:rPr>
            </w:pPr>
          </w:p>
          <w:p w:rsidR="00584684" w:rsidP="52639E35" w:rsidRDefault="00584684" w14:paraId="6DCF494B" w14:textId="603F2263">
            <w:pPr>
              <w:pStyle w:val="Normal"/>
              <w:rPr>
                <w:b w:val="1"/>
                <w:bCs w:val="1"/>
              </w:rPr>
            </w:pPr>
          </w:p>
          <w:p w:rsidR="00584684" w:rsidP="52639E35" w:rsidRDefault="00584684" w14:paraId="52998ECE" w14:textId="6DF49248">
            <w:pPr>
              <w:rPr>
                <w:b w:val="1"/>
                <w:bCs w:val="1"/>
              </w:rPr>
            </w:pPr>
          </w:p>
          <w:p w:rsidR="00584684" w:rsidP="52639E35" w:rsidRDefault="00584684" w14:paraId="2587CD0F" w14:textId="74D8DF50">
            <w:pPr>
              <w:rPr>
                <w:b w:val="1"/>
                <w:bCs w:val="1"/>
              </w:rPr>
            </w:pPr>
          </w:p>
          <w:p w:rsidR="00584684" w:rsidP="52639E35" w:rsidRDefault="00584684" w14:paraId="39CA227B" w14:textId="14B85248">
            <w:pPr>
              <w:rPr>
                <w:b w:val="1"/>
                <w:bCs w:val="1"/>
              </w:rPr>
            </w:pPr>
          </w:p>
        </w:tc>
        <w:tc>
          <w:tcPr>
            <w:tcW w:w="1494" w:type="dxa"/>
            <w:tcMar/>
          </w:tcPr>
          <w:p w:rsidR="0087412C" w:rsidRDefault="0087412C" w14:paraId="1A99AD8A" w14:textId="77777777">
            <w:pPr>
              <w:rPr>
                <w:b/>
              </w:rPr>
            </w:pPr>
          </w:p>
        </w:tc>
        <w:tc>
          <w:tcPr>
            <w:tcW w:w="1496" w:type="dxa"/>
            <w:tcMar/>
          </w:tcPr>
          <w:p w:rsidR="0087412C" w:rsidRDefault="0087412C" w14:paraId="14A358CF" w14:textId="77777777">
            <w:pPr>
              <w:rPr>
                <w:b/>
              </w:rPr>
            </w:pPr>
          </w:p>
        </w:tc>
        <w:tc>
          <w:tcPr>
            <w:tcW w:w="3980" w:type="dxa"/>
            <w:tcMar/>
          </w:tcPr>
          <w:p w:rsidR="0087412C" w:rsidRDefault="0087412C" w14:paraId="5144B50D" w14:textId="77777777">
            <w:pPr>
              <w:rPr>
                <w:b/>
              </w:rPr>
            </w:pPr>
          </w:p>
          <w:p w:rsidR="00032398" w:rsidRDefault="00032398" w14:paraId="3771670F" w14:textId="77777777">
            <w:pPr>
              <w:rPr>
                <w:b/>
              </w:rPr>
            </w:pPr>
          </w:p>
          <w:p w:rsidR="00032398" w:rsidRDefault="00032398" w14:paraId="5992B039" w14:textId="77777777">
            <w:pPr>
              <w:rPr>
                <w:b/>
              </w:rPr>
            </w:pPr>
          </w:p>
        </w:tc>
        <w:tc>
          <w:tcPr>
            <w:tcW w:w="1984" w:type="dxa"/>
            <w:tcMar/>
          </w:tcPr>
          <w:p w:rsidR="0087412C" w:rsidRDefault="0087412C" w14:paraId="6B7F6F4B" w14:textId="77777777">
            <w:pPr>
              <w:rPr>
                <w:b/>
              </w:rPr>
            </w:pPr>
          </w:p>
        </w:tc>
      </w:tr>
      <w:tr w:rsidR="0087412C" w:rsidTr="52639E35" w14:paraId="3D0F2253" w14:textId="77777777">
        <w:tc>
          <w:tcPr>
            <w:tcW w:w="1394" w:type="dxa"/>
            <w:tcMar/>
          </w:tcPr>
          <w:p w:rsidR="0087412C" w:rsidRDefault="0087412C" w14:paraId="54A8FA8A" w14:textId="77777777">
            <w:pPr>
              <w:rPr>
                <w:b/>
              </w:rPr>
            </w:pPr>
          </w:p>
          <w:p w:rsidR="00584684" w:rsidP="52639E35" w:rsidRDefault="00584684" w14:paraId="2D2065D9" w14:textId="063D939E">
            <w:pPr>
              <w:rPr>
                <w:b w:val="1"/>
                <w:bCs w:val="1"/>
              </w:rPr>
            </w:pPr>
          </w:p>
          <w:p w:rsidR="00584684" w:rsidP="52639E35" w:rsidRDefault="00584684" w14:paraId="61FFEC70" w14:textId="37486083">
            <w:pPr>
              <w:rPr>
                <w:b w:val="1"/>
                <w:bCs w:val="1"/>
              </w:rPr>
            </w:pPr>
          </w:p>
          <w:p w:rsidR="00584684" w:rsidP="52639E35" w:rsidRDefault="00584684" w14:paraId="3D6537CE" w14:textId="364937B4">
            <w:pPr>
              <w:rPr>
                <w:b w:val="1"/>
                <w:bCs w:val="1"/>
              </w:rPr>
            </w:pPr>
          </w:p>
          <w:p w:rsidR="00584684" w:rsidP="52639E35" w:rsidRDefault="00584684" w14:paraId="102566CB" w14:textId="5D17A4A2">
            <w:pPr>
              <w:pStyle w:val="Normal"/>
              <w:rPr>
                <w:b w:val="1"/>
                <w:bCs w:val="1"/>
              </w:rPr>
            </w:pPr>
          </w:p>
          <w:p w:rsidR="00584684" w:rsidP="52639E35" w:rsidRDefault="00584684" w14:paraId="425F699E" w14:textId="04C63B5A">
            <w:pPr>
              <w:rPr>
                <w:b w:val="1"/>
                <w:bCs w:val="1"/>
              </w:rPr>
            </w:pPr>
          </w:p>
        </w:tc>
        <w:tc>
          <w:tcPr>
            <w:tcW w:w="1494" w:type="dxa"/>
            <w:tcMar/>
          </w:tcPr>
          <w:p w:rsidR="0087412C" w:rsidRDefault="0087412C" w14:paraId="6163A86A" w14:textId="77777777">
            <w:pPr>
              <w:rPr>
                <w:b/>
              </w:rPr>
            </w:pPr>
          </w:p>
        </w:tc>
        <w:tc>
          <w:tcPr>
            <w:tcW w:w="1496" w:type="dxa"/>
            <w:tcMar/>
          </w:tcPr>
          <w:p w:rsidR="0087412C" w:rsidRDefault="0087412C" w14:paraId="4740D86D" w14:textId="77777777">
            <w:pPr>
              <w:rPr>
                <w:b/>
              </w:rPr>
            </w:pPr>
          </w:p>
        </w:tc>
        <w:tc>
          <w:tcPr>
            <w:tcW w:w="3980" w:type="dxa"/>
            <w:tcMar/>
          </w:tcPr>
          <w:p w:rsidR="0087412C" w:rsidRDefault="0087412C" w14:paraId="480874ED" w14:textId="77777777">
            <w:pPr>
              <w:rPr>
                <w:b/>
              </w:rPr>
            </w:pPr>
          </w:p>
          <w:p w:rsidR="00032398" w:rsidRDefault="00032398" w14:paraId="7FD51D01" w14:textId="77777777">
            <w:pPr>
              <w:rPr>
                <w:b/>
              </w:rPr>
            </w:pPr>
          </w:p>
          <w:p w:rsidR="00032398" w:rsidRDefault="00032398" w14:paraId="1DBBB959" w14:textId="77777777">
            <w:pPr>
              <w:rPr>
                <w:b/>
              </w:rPr>
            </w:pPr>
          </w:p>
        </w:tc>
        <w:tc>
          <w:tcPr>
            <w:tcW w:w="1984" w:type="dxa"/>
            <w:tcMar/>
          </w:tcPr>
          <w:p w:rsidR="0087412C" w:rsidRDefault="0087412C" w14:paraId="45C24673" w14:textId="77777777">
            <w:pPr>
              <w:rPr>
                <w:b/>
              </w:rPr>
            </w:pPr>
          </w:p>
        </w:tc>
      </w:tr>
      <w:tr w:rsidR="0087412C" w:rsidTr="52639E35" w14:paraId="765F44EC" w14:textId="77777777">
        <w:tc>
          <w:tcPr>
            <w:tcW w:w="1394" w:type="dxa"/>
            <w:tcMar/>
          </w:tcPr>
          <w:p w:rsidR="0087412C" w:rsidRDefault="0087412C" w14:paraId="332C2EA7" w14:textId="77777777">
            <w:pPr>
              <w:rPr>
                <w:b/>
              </w:rPr>
            </w:pPr>
          </w:p>
          <w:p w:rsidR="00584684" w:rsidP="52639E35" w:rsidRDefault="00584684" w14:paraId="1DC650AA" w14:textId="57B4B228">
            <w:pPr>
              <w:rPr>
                <w:b w:val="1"/>
                <w:bCs w:val="1"/>
              </w:rPr>
            </w:pPr>
          </w:p>
          <w:p w:rsidR="00584684" w:rsidP="52639E35" w:rsidRDefault="00584684" w14:paraId="7083882A" w14:textId="5E65C924">
            <w:pPr>
              <w:rPr>
                <w:b w:val="1"/>
                <w:bCs w:val="1"/>
              </w:rPr>
            </w:pPr>
          </w:p>
          <w:p w:rsidR="00584684" w:rsidP="52639E35" w:rsidRDefault="00584684" w14:paraId="2D353E94" w14:textId="1A44ACF0">
            <w:pPr>
              <w:rPr>
                <w:b w:val="1"/>
                <w:bCs w:val="1"/>
              </w:rPr>
            </w:pPr>
          </w:p>
          <w:p w:rsidR="00584684" w:rsidP="52639E35" w:rsidRDefault="00584684" w14:paraId="3D594C61" w14:textId="23F1B227">
            <w:pPr>
              <w:pStyle w:val="Normal"/>
              <w:rPr>
                <w:b w:val="1"/>
                <w:bCs w:val="1"/>
              </w:rPr>
            </w:pPr>
          </w:p>
          <w:p w:rsidR="00584684" w:rsidP="52639E35" w:rsidRDefault="00584684" w14:paraId="08A4AE56" w14:textId="1EFA10E4">
            <w:pPr>
              <w:pStyle w:val="Normal"/>
              <w:rPr>
                <w:b w:val="1"/>
                <w:bCs w:val="1"/>
              </w:rPr>
            </w:pPr>
          </w:p>
        </w:tc>
        <w:tc>
          <w:tcPr>
            <w:tcW w:w="1494" w:type="dxa"/>
            <w:tcMar/>
          </w:tcPr>
          <w:p w:rsidR="0087412C" w:rsidRDefault="0087412C" w14:paraId="30C0C719" w14:textId="77777777">
            <w:pPr>
              <w:rPr>
                <w:b/>
              </w:rPr>
            </w:pPr>
          </w:p>
        </w:tc>
        <w:tc>
          <w:tcPr>
            <w:tcW w:w="1496" w:type="dxa"/>
            <w:tcMar/>
          </w:tcPr>
          <w:p w:rsidR="0087412C" w:rsidRDefault="0087412C" w14:paraId="6EA2EA36" w14:textId="77777777">
            <w:pPr>
              <w:rPr>
                <w:b/>
              </w:rPr>
            </w:pPr>
          </w:p>
        </w:tc>
        <w:tc>
          <w:tcPr>
            <w:tcW w:w="3980" w:type="dxa"/>
            <w:tcMar/>
          </w:tcPr>
          <w:p w:rsidR="0087412C" w:rsidRDefault="0087412C" w14:paraId="3B893125" w14:textId="77777777">
            <w:pPr>
              <w:rPr>
                <w:b/>
              </w:rPr>
            </w:pPr>
          </w:p>
          <w:p w:rsidR="00032398" w:rsidRDefault="00032398" w14:paraId="3F5E8BB9" w14:textId="77777777">
            <w:pPr>
              <w:rPr>
                <w:b/>
              </w:rPr>
            </w:pPr>
          </w:p>
          <w:p w:rsidR="00032398" w:rsidRDefault="00032398" w14:paraId="7B001B8A" w14:textId="77777777">
            <w:pPr>
              <w:rPr>
                <w:b/>
              </w:rPr>
            </w:pPr>
          </w:p>
        </w:tc>
        <w:tc>
          <w:tcPr>
            <w:tcW w:w="1984" w:type="dxa"/>
            <w:tcMar/>
          </w:tcPr>
          <w:p w:rsidR="0087412C" w:rsidRDefault="0087412C" w14:paraId="4E2D7C23" w14:textId="77777777">
            <w:pPr>
              <w:rPr>
                <w:b/>
              </w:rPr>
            </w:pPr>
          </w:p>
        </w:tc>
      </w:tr>
    </w:tbl>
    <w:p w:rsidRPr="00032398" w:rsidR="00ED61A4" w:rsidP="52639E35" w:rsidRDefault="00686A19" w14:paraId="4C62C153" w14:textId="4D27B179">
      <w:pPr>
        <w:rPr>
          <w:i w:val="1"/>
          <w:iCs w:val="1"/>
        </w:rPr>
      </w:pPr>
      <w:r w:rsidRPr="52639E35" w:rsidR="00686A19">
        <w:rPr>
          <w:i w:val="1"/>
          <w:iCs w:val="1"/>
        </w:rPr>
        <w:t xml:space="preserve">*Please </w:t>
      </w:r>
      <w:r w:rsidRPr="52639E35" w:rsidR="46657CC7">
        <w:rPr>
          <w:i w:val="1"/>
          <w:iCs w:val="1"/>
        </w:rPr>
        <w:t xml:space="preserve">expand table or </w:t>
      </w:r>
      <w:r w:rsidRPr="52639E35" w:rsidR="00686A19">
        <w:rPr>
          <w:i w:val="1"/>
          <w:iCs w:val="1"/>
        </w:rPr>
        <w:t>add more rows if necessary</w:t>
      </w:r>
    </w:p>
    <w:p w:rsidRPr="00032398" w:rsidR="005C021F" w:rsidP="00032398" w:rsidRDefault="00444A3A" w14:paraId="49A80021" w14:textId="3C22D807">
      <w:pPr>
        <w:spacing w:before="240" w:after="120"/>
        <w:rPr>
          <w:color w:val="6B3305"/>
          <w:sz w:val="28"/>
          <w:szCs w:val="28"/>
        </w:rPr>
      </w:pPr>
      <w:r w:rsidRPr="00032398">
        <w:rPr>
          <w:b/>
          <w:color w:val="6B3305"/>
          <w:sz w:val="28"/>
          <w:szCs w:val="28"/>
        </w:rPr>
        <w:t xml:space="preserve">6. Disclosure </w:t>
      </w:r>
      <w:r w:rsidR="0089330F">
        <w:rPr>
          <w:b/>
          <w:color w:val="6B3305"/>
          <w:sz w:val="28"/>
          <w:szCs w:val="28"/>
        </w:rPr>
        <w:t>i</w:t>
      </w:r>
      <w:r w:rsidRPr="00032398">
        <w:rPr>
          <w:b/>
          <w:color w:val="6B3305"/>
          <w:sz w:val="28"/>
          <w:szCs w:val="28"/>
        </w:rPr>
        <w:t>nformation</w:t>
      </w:r>
    </w:p>
    <w:p w:rsidRPr="00490E91" w:rsidR="001C07AF" w:rsidP="00490E91" w:rsidRDefault="001C07AF" w14:paraId="725C492E" w14:textId="12111515">
      <w:pPr>
        <w:jc w:val="both"/>
        <w:rPr>
          <w:i/>
          <w:iCs/>
        </w:rPr>
      </w:pPr>
      <w:r w:rsidRPr="00490E91">
        <w:rPr>
          <w:i/>
          <w:iCs/>
        </w:rPr>
        <w:t xml:space="preserve">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on the Disclosure and Barring Service website: </w:t>
      </w:r>
      <w:hyperlink r:id="rId15">
        <w:r w:rsidRPr="00490E91">
          <w:rPr>
            <w:rStyle w:val="Hyperlink"/>
            <w:rFonts w:cs="Arial"/>
            <w:i/>
            <w:iCs/>
          </w:rPr>
          <w:t>https://www.gov.uk/government/organisations/disclosure-and-barring-service</w:t>
        </w:r>
      </w:hyperlink>
      <w:r w:rsidR="00490E91">
        <w:rPr>
          <w:i/>
          <w:iCs/>
        </w:rPr>
        <w:t>.</w:t>
      </w:r>
    </w:p>
    <w:p w:rsidR="005C021F" w:rsidRDefault="00444A3A" w14:paraId="7353E2AC" w14:textId="3A873273">
      <w:r w:rsidRPr="3B921E28" w:rsidR="00444A3A">
        <w:rPr>
          <w:b w:val="1"/>
          <w:bCs w:val="1"/>
        </w:rPr>
        <w:t xml:space="preserve">Have you been convicted by the courts or cautioned, </w:t>
      </w:r>
      <w:r w:rsidRPr="3B921E28" w:rsidR="1C5A3FFF">
        <w:rPr>
          <w:b w:val="1"/>
          <w:bCs w:val="1"/>
        </w:rPr>
        <w:t>reprimanded,</w:t>
      </w:r>
      <w:r w:rsidRPr="3B921E28" w:rsidR="00444A3A">
        <w:rPr>
          <w:b w:val="1"/>
          <w:bCs w:val="1"/>
        </w:rPr>
        <w:t xml:space="preserve"> or given a final warning by the </w:t>
      </w:r>
      <w:r w:rsidRPr="3B921E28" w:rsidR="00490E91">
        <w:rPr>
          <w:b w:val="1"/>
          <w:bCs w:val="1"/>
        </w:rPr>
        <w:t>police? * (please delete</w:t>
      </w:r>
      <w:r w:rsidRPr="3B921E28" w:rsidR="00490E91">
        <w:rPr>
          <w:b w:val="1"/>
          <w:bCs w:val="1"/>
        </w:rPr>
        <w:t>):</w:t>
      </w:r>
      <w:r>
        <w:tab/>
      </w:r>
      <w:r>
        <w:tab/>
      </w:r>
      <w:r>
        <w:tab/>
      </w:r>
      <w:r>
        <w:tab/>
      </w:r>
      <w:r>
        <w:tab/>
      </w:r>
      <w:r w:rsidRPr="3B921E28" w:rsidR="00490E91">
        <w:rPr>
          <w:b w:val="1"/>
          <w:bCs w:val="1"/>
        </w:rPr>
        <w:t>YES</w:t>
      </w:r>
      <w:r>
        <w:tab/>
      </w:r>
      <w:r>
        <w:tab/>
      </w:r>
      <w:r>
        <w:tab/>
      </w:r>
      <w:r>
        <w:tab/>
      </w:r>
      <w:r>
        <w:tab/>
      </w:r>
      <w:r w:rsidRPr="3B921E28" w:rsidR="00490E91">
        <w:rPr>
          <w:b w:val="1"/>
          <w:bCs w:val="1"/>
        </w:rPr>
        <w:t>NO</w:t>
      </w:r>
    </w:p>
    <w:p w:rsidR="005C021F" w:rsidRDefault="00444A3A" w14:paraId="742BE840" w14:textId="77777777">
      <w:pPr>
        <w:rPr>
          <w:b/>
        </w:rPr>
      </w:pPr>
      <w:r>
        <w:rPr>
          <w:b/>
        </w:rPr>
        <w:t>If yes, please provide details:</w:t>
      </w:r>
    </w:p>
    <w:p w:rsidR="00BD7CAA" w:rsidRDefault="00BD7CAA" w14:paraId="7CB05664" w14:textId="0798EB86">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6922BA" w:rsidR="006922BA" w:rsidP="006922BA" w:rsidRDefault="006922BA" w14:paraId="05716674" w14:textId="3B4EA3D1">
      <w:pPr>
        <w:rPr>
          <w:b/>
        </w:rPr>
      </w:pPr>
      <w:r w:rsidRPr="006922BA">
        <w:rPr>
          <w:b/>
        </w:rPr>
        <w:t>Are you aware of any police enquiries undertaken following allegations made against you which may have a bearing on your suitability for this post?</w:t>
      </w:r>
      <w:r>
        <w:rPr>
          <w:b/>
        </w:rPr>
        <w:tab/>
      </w:r>
      <w:r>
        <w:rPr>
          <w:b/>
        </w:rPr>
        <w:t>YES</w:t>
      </w:r>
      <w:r>
        <w:rPr>
          <w:b/>
        </w:rPr>
        <w:tab/>
      </w:r>
      <w:r>
        <w:rPr>
          <w:b/>
        </w:rPr>
        <w:tab/>
      </w:r>
      <w:r>
        <w:rPr>
          <w:b/>
        </w:rPr>
        <w:tab/>
      </w:r>
      <w:r>
        <w:rPr>
          <w:b/>
        </w:rPr>
        <w:tab/>
      </w:r>
      <w:r>
        <w:rPr>
          <w:b/>
        </w:rPr>
        <w:tab/>
      </w:r>
      <w:r>
        <w:rPr>
          <w:b/>
        </w:rPr>
        <w:t>NO</w:t>
      </w:r>
    </w:p>
    <w:p w:rsidR="006922BA" w:rsidP="006922BA" w:rsidRDefault="006922BA" w14:paraId="004DEBB0" w14:textId="77777777">
      <w:pPr>
        <w:rPr>
          <w:b/>
        </w:rPr>
      </w:pPr>
      <w:r>
        <w:rPr>
          <w:b/>
        </w:rPr>
        <w:t>If yes, please provide details:</w:t>
      </w:r>
    </w:p>
    <w:p w:rsidR="006922BA" w:rsidP="006922BA" w:rsidRDefault="006922BA" w14:paraId="48576839" w14:textId="77777777">
      <w:pPr>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E7299" w:rsidR="009E7299" w:rsidP="009E7299" w:rsidRDefault="009E7299" w14:paraId="46112E1E" w14:textId="05D5A710">
      <w:pPr>
        <w:jc w:val="both"/>
        <w:rPr>
          <w:b/>
          <w:bCs/>
        </w:rPr>
      </w:pPr>
      <w:r w:rsidRPr="009E7299">
        <w:rPr>
          <w:b/>
          <w:bCs/>
        </w:rPr>
        <w:t xml:space="preserve">*Safer recruitment statement: </w:t>
      </w:r>
      <w:r w:rsidRPr="009E7299">
        <w:t xml:space="preserve">Norland is an </w:t>
      </w:r>
      <w:r w:rsidRPr="009E7299">
        <w:rPr>
          <w:lang w:val="en-GB"/>
        </w:rPr>
        <w:t>organisation</w:t>
      </w:r>
      <w:r w:rsidRPr="009E7299">
        <w:t xml:space="preserve"> which is exempt under the Rehabilitation of Offenders Act 1974 and requires all students and relevant staff to apply for an Enhanced Disclosure from the Disclosure and Barring Service.</w:t>
      </w:r>
    </w:p>
    <w:p w:rsidR="005C021F" w:rsidP="009A4D0D" w:rsidRDefault="00444A3A" w14:paraId="1E40EDB3" w14:textId="4414EC6C">
      <w:pPr>
        <w:spacing w:before="240" w:after="120"/>
        <w:rPr>
          <w:b/>
          <w:color w:val="6B3305"/>
          <w:sz w:val="28"/>
          <w:szCs w:val="28"/>
        </w:rPr>
      </w:pPr>
      <w:r w:rsidRPr="009A4D0D">
        <w:rPr>
          <w:b/>
          <w:color w:val="6B3305"/>
          <w:sz w:val="28"/>
          <w:szCs w:val="28"/>
        </w:rPr>
        <w:t xml:space="preserve">7. Additional </w:t>
      </w:r>
      <w:r w:rsidR="0089330F">
        <w:rPr>
          <w:b/>
          <w:color w:val="6B3305"/>
          <w:sz w:val="28"/>
          <w:szCs w:val="28"/>
        </w:rPr>
        <w:t>i</w:t>
      </w:r>
      <w:r w:rsidRPr="009A4D0D">
        <w:rPr>
          <w:b/>
          <w:color w:val="6B3305"/>
          <w:sz w:val="28"/>
          <w:szCs w:val="28"/>
        </w:rPr>
        <w:t>nformation</w:t>
      </w:r>
    </w:p>
    <w:tbl>
      <w:tblPr>
        <w:tblStyle w:val="TableGrid"/>
        <w:tblW w:w="0" w:type="auto"/>
        <w:tblInd w:w="108" w:type="dxa"/>
        <w:tblLook w:val="04A0" w:firstRow="1" w:lastRow="0" w:firstColumn="1" w:lastColumn="0" w:noHBand="0" w:noVBand="1"/>
      </w:tblPr>
      <w:tblGrid>
        <w:gridCol w:w="10348"/>
      </w:tblGrid>
      <w:tr w:rsidR="009A4D0D" w:rsidTr="009A4D0D" w14:paraId="5E2E12DA" w14:textId="77777777">
        <w:tc>
          <w:tcPr>
            <w:tcW w:w="10348" w:type="dxa"/>
          </w:tcPr>
          <w:p w:rsidR="00D23FE8" w:rsidP="00D23FE8" w:rsidRDefault="00D23FE8" w14:paraId="3F94C518" w14:textId="77777777">
            <w:r>
              <w:t>Please include any additional information concerning your experience, training, or anything else you wish to be considered that is relevant to your application:</w:t>
            </w:r>
          </w:p>
          <w:p w:rsidR="009A4D0D" w:rsidP="009A4D0D" w:rsidRDefault="009A4D0D" w14:paraId="56F8096E" w14:textId="77777777">
            <w:pPr>
              <w:spacing w:before="240" w:after="120"/>
              <w:rPr>
                <w:color w:val="6B3305"/>
                <w:sz w:val="28"/>
                <w:szCs w:val="28"/>
              </w:rPr>
            </w:pPr>
          </w:p>
          <w:p w:rsidR="00D23FE8" w:rsidP="009A4D0D" w:rsidRDefault="00D23FE8" w14:paraId="6C90AAC2" w14:textId="77777777">
            <w:pPr>
              <w:spacing w:before="240" w:after="120"/>
              <w:rPr>
                <w:color w:val="6B3305"/>
                <w:sz w:val="28"/>
                <w:szCs w:val="28"/>
              </w:rPr>
            </w:pPr>
          </w:p>
          <w:p w:rsidR="00D23FE8" w:rsidP="009A4D0D" w:rsidRDefault="00D23FE8" w14:paraId="142E02B2" w14:textId="77777777">
            <w:pPr>
              <w:spacing w:before="240" w:after="120"/>
              <w:rPr>
                <w:color w:val="6B3305"/>
                <w:sz w:val="28"/>
                <w:szCs w:val="28"/>
              </w:rPr>
            </w:pPr>
          </w:p>
          <w:p w:rsidR="00D23FE8" w:rsidP="009A4D0D" w:rsidRDefault="00D23FE8" w14:paraId="1E42485D" w14:textId="77777777">
            <w:pPr>
              <w:spacing w:before="240" w:after="120"/>
              <w:rPr>
                <w:color w:val="6B3305"/>
                <w:sz w:val="28"/>
                <w:szCs w:val="28"/>
              </w:rPr>
            </w:pPr>
          </w:p>
          <w:p w:rsidR="00D23FE8" w:rsidP="009A4D0D" w:rsidRDefault="00D23FE8" w14:paraId="54FCCEE9" w14:textId="77777777">
            <w:pPr>
              <w:spacing w:before="240" w:after="120"/>
              <w:rPr>
                <w:color w:val="6B3305"/>
                <w:sz w:val="28"/>
                <w:szCs w:val="28"/>
              </w:rPr>
            </w:pPr>
          </w:p>
          <w:p w:rsidR="00D23FE8" w:rsidP="009A4D0D" w:rsidRDefault="00D23FE8" w14:paraId="253640ED" w14:textId="77777777">
            <w:pPr>
              <w:spacing w:before="240" w:after="120"/>
              <w:rPr>
                <w:color w:val="6B3305"/>
                <w:sz w:val="28"/>
                <w:szCs w:val="28"/>
              </w:rPr>
            </w:pPr>
          </w:p>
          <w:p w:rsidR="00D23FE8" w:rsidP="009A4D0D" w:rsidRDefault="00D23FE8" w14:paraId="29F0D0D6" w14:textId="77777777">
            <w:pPr>
              <w:spacing w:before="240" w:after="120"/>
              <w:rPr>
                <w:color w:val="6B3305"/>
                <w:sz w:val="28"/>
                <w:szCs w:val="28"/>
              </w:rPr>
            </w:pPr>
          </w:p>
          <w:p w:rsidR="00D23FE8" w:rsidP="009A4D0D" w:rsidRDefault="00D23FE8" w14:paraId="07F09ECF" w14:textId="77777777">
            <w:pPr>
              <w:spacing w:before="240" w:after="120"/>
              <w:rPr>
                <w:color w:val="6B3305"/>
                <w:sz w:val="28"/>
                <w:szCs w:val="28"/>
              </w:rPr>
            </w:pPr>
          </w:p>
          <w:p w:rsidR="00D23FE8" w:rsidP="009A4D0D" w:rsidRDefault="00D23FE8" w14:paraId="55E57108" w14:textId="77777777">
            <w:pPr>
              <w:spacing w:before="240" w:after="120"/>
              <w:rPr>
                <w:color w:val="6B3305"/>
                <w:sz w:val="28"/>
                <w:szCs w:val="28"/>
              </w:rPr>
            </w:pPr>
          </w:p>
        </w:tc>
      </w:tr>
    </w:tbl>
    <w:p w:rsidRPr="00D23FE8" w:rsidR="005C021F" w:rsidP="00D23FE8" w:rsidRDefault="00444A3A" w14:paraId="0822FCDA" w14:textId="77777777">
      <w:pPr>
        <w:spacing w:before="240" w:after="120"/>
        <w:rPr>
          <w:color w:val="6B3305"/>
          <w:sz w:val="28"/>
          <w:szCs w:val="28"/>
        </w:rPr>
      </w:pPr>
      <w:r w:rsidRPr="00D23FE8">
        <w:rPr>
          <w:b/>
          <w:color w:val="6B3305"/>
          <w:sz w:val="28"/>
          <w:szCs w:val="28"/>
        </w:rPr>
        <w:t>8. References</w:t>
      </w:r>
    </w:p>
    <w:p w:rsidRPr="00DA59F1" w:rsidR="00941199" w:rsidP="00941199" w:rsidRDefault="00941199" w14:paraId="37E3461E" w14:textId="2F296AAB">
      <w:pPr>
        <w:jc w:val="both"/>
      </w:pPr>
      <w:r w:rsidRPr="00DA59F1">
        <w:t>Please give the</w:t>
      </w:r>
      <w:r>
        <w:t xml:space="preserve"> full details</w:t>
      </w:r>
      <w:r w:rsidRPr="00DA59F1">
        <w:t xml:space="preserve"> of two people who would be willing to give you a reference. </w:t>
      </w:r>
      <w:r>
        <w:t>O</w:t>
      </w:r>
      <w:r w:rsidRPr="00DA59F1">
        <w:t xml:space="preserve">ne of these referees should be your current or </w:t>
      </w:r>
      <w:r>
        <w:t>most recent</w:t>
      </w:r>
      <w:r w:rsidRPr="00DA59F1">
        <w:t xml:space="preserve"> employer.  If </w:t>
      </w:r>
      <w:r w:rsidR="007871C2">
        <w:t>you are unable to provide an employment reference</w:t>
      </w:r>
      <w:r w:rsidRPr="00DA59F1">
        <w:t>, a referee should be a person who can make a statement with regard to your character, e.g. a school or college teacher.  Referees must not be members of your family or related to you in any way.</w:t>
      </w:r>
    </w:p>
    <w:p w:rsidR="00BA7741" w:rsidRDefault="00ED6FE3" w14:paraId="3B58E811" w14:textId="3B861C1A">
      <w:r>
        <w:t>Reference 1</w:t>
      </w:r>
      <w:r w:rsidR="0059312D">
        <w:t>:</w:t>
      </w:r>
    </w:p>
    <w:tbl>
      <w:tblPr>
        <w:tblStyle w:val="TableGrid"/>
        <w:tblW w:w="0" w:type="auto"/>
        <w:tblInd w:w="108" w:type="dxa"/>
        <w:tblLook w:val="04A0" w:firstRow="1" w:lastRow="0" w:firstColumn="1" w:lastColumn="0" w:noHBand="0" w:noVBand="1"/>
      </w:tblPr>
      <w:tblGrid>
        <w:gridCol w:w="4536"/>
        <w:gridCol w:w="5812"/>
      </w:tblGrid>
      <w:tr w:rsidR="0059312D" w:rsidTr="3B921E28" w14:paraId="12E34A8E" w14:textId="77777777">
        <w:tc>
          <w:tcPr>
            <w:tcW w:w="4536" w:type="dxa"/>
            <w:tcMar/>
          </w:tcPr>
          <w:p w:rsidRPr="002D0056" w:rsidR="0059312D" w:rsidRDefault="0062431E" w14:paraId="6D8F1111" w14:textId="47A7BDC5">
            <w:pPr>
              <w:rPr>
                <w:b/>
                <w:bCs/>
              </w:rPr>
            </w:pPr>
            <w:r w:rsidRPr="002D0056">
              <w:rPr>
                <w:b/>
                <w:bCs/>
              </w:rPr>
              <w:t>Full name:</w:t>
            </w:r>
          </w:p>
        </w:tc>
        <w:tc>
          <w:tcPr>
            <w:tcW w:w="5812" w:type="dxa"/>
            <w:tcMar/>
          </w:tcPr>
          <w:p w:rsidRPr="002D0056" w:rsidR="0059312D" w:rsidRDefault="0059312D" w14:paraId="757BEC3C" w14:textId="77777777"/>
          <w:p w:rsidRPr="002D0056" w:rsidR="0019777C" w:rsidRDefault="0019777C" w14:paraId="248EBC87" w14:textId="77777777"/>
        </w:tc>
      </w:tr>
      <w:tr w:rsidR="0059312D" w:rsidTr="3B921E28" w14:paraId="73BF5396" w14:textId="77777777">
        <w:tc>
          <w:tcPr>
            <w:tcW w:w="4536" w:type="dxa"/>
            <w:tcMar/>
          </w:tcPr>
          <w:p w:rsidRPr="002D0056" w:rsidR="0059312D" w:rsidRDefault="0062431E" w14:paraId="34AFF650" w14:textId="39E4A170">
            <w:pPr>
              <w:rPr>
                <w:b/>
                <w:bCs/>
              </w:rPr>
            </w:pPr>
            <w:r w:rsidRPr="002D0056">
              <w:rPr>
                <w:b/>
                <w:bCs/>
              </w:rPr>
              <w:t>Job title of referee</w:t>
            </w:r>
            <w:r w:rsidRPr="002D0056" w:rsidR="005F0538">
              <w:rPr>
                <w:b/>
                <w:bCs/>
              </w:rPr>
              <w:t xml:space="preserve"> (if applicable)</w:t>
            </w:r>
            <w:r w:rsidRPr="002D0056">
              <w:rPr>
                <w:b/>
                <w:bCs/>
              </w:rPr>
              <w:t>:</w:t>
            </w:r>
          </w:p>
        </w:tc>
        <w:tc>
          <w:tcPr>
            <w:tcW w:w="5812" w:type="dxa"/>
            <w:tcMar/>
          </w:tcPr>
          <w:p w:rsidRPr="002D0056" w:rsidR="0059312D" w:rsidRDefault="0059312D" w14:paraId="02BFA0ED" w14:textId="77777777"/>
          <w:p w:rsidRPr="002D0056" w:rsidR="0019777C" w:rsidRDefault="0019777C" w14:paraId="5D8934E6" w14:textId="77777777"/>
        </w:tc>
      </w:tr>
      <w:tr w:rsidR="0059312D" w:rsidTr="3B921E28" w14:paraId="6A045028" w14:textId="77777777">
        <w:tc>
          <w:tcPr>
            <w:tcW w:w="4536" w:type="dxa"/>
            <w:tcMar/>
          </w:tcPr>
          <w:p w:rsidRPr="002D0056" w:rsidR="0059312D" w:rsidRDefault="0062431E" w14:paraId="0DF6A140" w14:textId="4FC5EB9D">
            <w:pPr>
              <w:rPr>
                <w:b/>
                <w:bCs/>
              </w:rPr>
            </w:pPr>
            <w:r w:rsidRPr="002D0056">
              <w:rPr>
                <w:b/>
                <w:bCs/>
              </w:rPr>
              <w:t>Full address including postcode:</w:t>
            </w:r>
          </w:p>
        </w:tc>
        <w:tc>
          <w:tcPr>
            <w:tcW w:w="5812" w:type="dxa"/>
            <w:tcMar/>
          </w:tcPr>
          <w:p w:rsidRPr="002D0056" w:rsidR="0059312D" w:rsidRDefault="0059312D" w14:paraId="22A533C3" w14:textId="77777777"/>
          <w:p w:rsidRPr="002D0056" w:rsidR="0019777C" w:rsidRDefault="0019777C" w14:paraId="4994BC30" w14:textId="77777777"/>
        </w:tc>
      </w:tr>
      <w:tr w:rsidR="0059312D" w:rsidTr="3B921E28" w14:paraId="56A5A4B9" w14:textId="77777777">
        <w:tc>
          <w:tcPr>
            <w:tcW w:w="4536" w:type="dxa"/>
            <w:tcMar/>
          </w:tcPr>
          <w:p w:rsidRPr="002D0056" w:rsidR="0059312D" w:rsidRDefault="0062431E" w14:paraId="4283FCC0" w14:textId="749A4A38">
            <w:pPr>
              <w:rPr>
                <w:b/>
                <w:bCs/>
              </w:rPr>
            </w:pPr>
            <w:r w:rsidRPr="002D0056">
              <w:rPr>
                <w:b/>
                <w:bCs/>
              </w:rPr>
              <w:t>Contact number:</w:t>
            </w:r>
          </w:p>
        </w:tc>
        <w:tc>
          <w:tcPr>
            <w:tcW w:w="5812" w:type="dxa"/>
            <w:tcMar/>
          </w:tcPr>
          <w:p w:rsidRPr="002D0056" w:rsidR="0059312D" w:rsidRDefault="0059312D" w14:paraId="6EED241D" w14:textId="77777777"/>
          <w:p w:rsidRPr="002D0056" w:rsidR="0019777C" w:rsidRDefault="0019777C" w14:paraId="5C843301" w14:textId="77777777"/>
        </w:tc>
      </w:tr>
      <w:tr w:rsidR="00947EDF" w:rsidTr="3B921E28" w14:paraId="03A6DF89" w14:textId="77777777">
        <w:trPr>
          <w:trHeight w:val="300"/>
        </w:trPr>
        <w:tc>
          <w:tcPr>
            <w:tcW w:w="4536" w:type="dxa"/>
            <w:tcMar/>
          </w:tcPr>
          <w:p w:rsidR="00947EDF" w:rsidRDefault="00947EDF" w14:paraId="604DA2F0" w14:textId="77777777">
            <w:pPr>
              <w:rPr>
                <w:b w:val="1"/>
                <w:bCs w:val="1"/>
              </w:rPr>
            </w:pPr>
            <w:r w:rsidRPr="3B921E28" w:rsidR="1FF9D6B9">
              <w:rPr>
                <w:b w:val="1"/>
                <w:bCs w:val="1"/>
              </w:rPr>
              <w:t>Email address:</w:t>
            </w:r>
          </w:p>
          <w:p w:rsidRPr="002D0056" w:rsidR="00947EDF" w:rsidRDefault="00947EDF" w14:paraId="128E73FC" w14:textId="0E3FD03C">
            <w:pPr>
              <w:rPr>
                <w:b w:val="1"/>
                <w:bCs w:val="1"/>
              </w:rPr>
            </w:pPr>
          </w:p>
        </w:tc>
        <w:tc>
          <w:tcPr>
            <w:tcW w:w="5812" w:type="dxa"/>
            <w:tcMar/>
          </w:tcPr>
          <w:p w:rsidRPr="002D0056" w:rsidR="00947EDF" w:rsidRDefault="00947EDF" w14:paraId="7E043D0C" w14:textId="77777777">
            <w:pPr/>
          </w:p>
        </w:tc>
      </w:tr>
      <w:tr w:rsidR="0059312D" w:rsidTr="3B921E28" w14:paraId="4C58EF81" w14:textId="77777777">
        <w:tc>
          <w:tcPr>
            <w:tcW w:w="4536" w:type="dxa"/>
            <w:tcMar/>
          </w:tcPr>
          <w:p w:rsidRPr="002D0056" w:rsidR="0059312D" w:rsidRDefault="0062431E" w14:paraId="2BAD349C" w14:textId="7B1EFC75">
            <w:pPr>
              <w:rPr>
                <w:b/>
                <w:bCs/>
              </w:rPr>
            </w:pPr>
            <w:r w:rsidRPr="002D0056">
              <w:rPr>
                <w:b/>
                <w:bCs/>
              </w:rPr>
              <w:t>How does this person know you?</w:t>
            </w:r>
          </w:p>
        </w:tc>
        <w:tc>
          <w:tcPr>
            <w:tcW w:w="5812" w:type="dxa"/>
            <w:tcMar/>
          </w:tcPr>
          <w:p w:rsidRPr="002D0056" w:rsidR="0059312D" w:rsidRDefault="0059312D" w14:paraId="0976D56A" w14:textId="77777777"/>
          <w:p w:rsidRPr="002D0056" w:rsidR="0019777C" w:rsidRDefault="0019777C" w14:paraId="2EC811A0" w14:textId="77777777"/>
        </w:tc>
      </w:tr>
      <w:tr w:rsidR="0059312D" w:rsidTr="3B921E28" w14:paraId="3BCB392E" w14:textId="77777777">
        <w:tc>
          <w:tcPr>
            <w:tcW w:w="4536" w:type="dxa"/>
            <w:tcMar/>
          </w:tcPr>
          <w:p w:rsidRPr="002D0056" w:rsidR="0059312D" w:rsidRDefault="00997B8E" w14:paraId="0AE9138A" w14:textId="340E6D59">
            <w:pPr>
              <w:rPr>
                <w:b/>
                <w:bCs/>
              </w:rPr>
            </w:pPr>
            <w:r w:rsidRPr="002D0056">
              <w:rPr>
                <w:b/>
                <w:bCs/>
              </w:rPr>
              <w:t>If required, may we take up the reference before interview? (please delete)</w:t>
            </w:r>
          </w:p>
        </w:tc>
        <w:tc>
          <w:tcPr>
            <w:tcW w:w="5812" w:type="dxa"/>
            <w:tcMar/>
          </w:tcPr>
          <w:p w:rsidRPr="002D0056" w:rsidR="0059312D" w:rsidRDefault="00997B8E" w14:paraId="2A9F4949" w14:textId="14329B49">
            <w:pPr>
              <w:rPr>
                <w:b/>
                <w:bCs/>
              </w:rPr>
            </w:pPr>
            <w:r w:rsidRPr="002D0056">
              <w:rPr>
                <w:b/>
                <w:bCs/>
              </w:rPr>
              <w:t>YES                                             NO</w:t>
            </w:r>
          </w:p>
        </w:tc>
      </w:tr>
    </w:tbl>
    <w:p w:rsidR="002D0056" w:rsidP="002D0056" w:rsidRDefault="002D0056" w14:paraId="3F6ECF97" w14:textId="3CBEC99B">
      <w:pPr>
        <w:spacing w:before="120" w:after="120"/>
      </w:pPr>
      <w:r>
        <w:t>Reference 2:</w:t>
      </w:r>
    </w:p>
    <w:tbl>
      <w:tblPr>
        <w:tblStyle w:val="TableGrid"/>
        <w:tblW w:w="0" w:type="auto"/>
        <w:tblInd w:w="108" w:type="dxa"/>
        <w:tblLook w:val="04A0" w:firstRow="1" w:lastRow="0" w:firstColumn="1" w:lastColumn="0" w:noHBand="0" w:noVBand="1"/>
      </w:tblPr>
      <w:tblGrid>
        <w:gridCol w:w="4536"/>
        <w:gridCol w:w="5812"/>
      </w:tblGrid>
      <w:tr w:rsidR="002D0056" w:rsidTr="3B921E28" w14:paraId="5F1AE810" w14:textId="77777777">
        <w:tc>
          <w:tcPr>
            <w:tcW w:w="4536" w:type="dxa"/>
            <w:tcMar/>
          </w:tcPr>
          <w:p w:rsidRPr="002D0056" w:rsidR="002D0056" w:rsidP="008F080B" w:rsidRDefault="002D0056" w14:paraId="2BED24F5" w14:textId="77777777">
            <w:pPr>
              <w:rPr>
                <w:b/>
                <w:bCs/>
              </w:rPr>
            </w:pPr>
            <w:r w:rsidRPr="002D0056">
              <w:rPr>
                <w:b/>
                <w:bCs/>
              </w:rPr>
              <w:t>Full name:</w:t>
            </w:r>
          </w:p>
        </w:tc>
        <w:tc>
          <w:tcPr>
            <w:tcW w:w="5812" w:type="dxa"/>
            <w:tcMar/>
          </w:tcPr>
          <w:p w:rsidRPr="002D0056" w:rsidR="002D0056" w:rsidP="008F080B" w:rsidRDefault="002D0056" w14:paraId="43AF8F30" w14:textId="77777777"/>
          <w:p w:rsidRPr="002D0056" w:rsidR="002D0056" w:rsidP="008F080B" w:rsidRDefault="002D0056" w14:paraId="41150984" w14:textId="77777777"/>
        </w:tc>
      </w:tr>
      <w:tr w:rsidR="002D0056" w:rsidTr="3B921E28" w14:paraId="4FB4B4B3" w14:textId="77777777">
        <w:tc>
          <w:tcPr>
            <w:tcW w:w="4536" w:type="dxa"/>
            <w:tcMar/>
          </w:tcPr>
          <w:p w:rsidRPr="002D0056" w:rsidR="002D0056" w:rsidP="008F080B" w:rsidRDefault="002D0056" w14:paraId="2645A939" w14:textId="77777777">
            <w:pPr>
              <w:rPr>
                <w:b/>
                <w:bCs/>
              </w:rPr>
            </w:pPr>
            <w:r w:rsidRPr="002D0056">
              <w:rPr>
                <w:b/>
                <w:bCs/>
              </w:rPr>
              <w:t>Job title of referee (if applicable):</w:t>
            </w:r>
          </w:p>
        </w:tc>
        <w:tc>
          <w:tcPr>
            <w:tcW w:w="5812" w:type="dxa"/>
            <w:tcMar/>
          </w:tcPr>
          <w:p w:rsidRPr="002D0056" w:rsidR="002D0056" w:rsidP="008F080B" w:rsidRDefault="002D0056" w14:paraId="5979A967" w14:textId="77777777"/>
          <w:p w:rsidRPr="002D0056" w:rsidR="002D0056" w:rsidP="008F080B" w:rsidRDefault="002D0056" w14:paraId="2B64A903" w14:textId="77777777"/>
        </w:tc>
      </w:tr>
      <w:tr w:rsidR="002D0056" w:rsidTr="3B921E28" w14:paraId="606F74A7" w14:textId="77777777">
        <w:tc>
          <w:tcPr>
            <w:tcW w:w="4536" w:type="dxa"/>
            <w:tcMar/>
          </w:tcPr>
          <w:p w:rsidRPr="002D0056" w:rsidR="002D0056" w:rsidP="008F080B" w:rsidRDefault="002D0056" w14:paraId="62852459" w14:textId="77777777">
            <w:pPr>
              <w:rPr>
                <w:b/>
                <w:bCs/>
              </w:rPr>
            </w:pPr>
            <w:r w:rsidRPr="002D0056">
              <w:rPr>
                <w:b/>
                <w:bCs/>
              </w:rPr>
              <w:t>Full address including postcode:</w:t>
            </w:r>
          </w:p>
        </w:tc>
        <w:tc>
          <w:tcPr>
            <w:tcW w:w="5812" w:type="dxa"/>
            <w:tcMar/>
          </w:tcPr>
          <w:p w:rsidRPr="002D0056" w:rsidR="002D0056" w:rsidP="008F080B" w:rsidRDefault="002D0056" w14:paraId="28D044B3" w14:textId="77777777"/>
          <w:p w:rsidRPr="002D0056" w:rsidR="002D0056" w:rsidP="008F080B" w:rsidRDefault="002D0056" w14:paraId="58E83CC0" w14:textId="77777777"/>
        </w:tc>
      </w:tr>
      <w:tr w:rsidR="002D0056" w:rsidTr="3B921E28" w14:paraId="37FAB1A0" w14:textId="77777777">
        <w:tc>
          <w:tcPr>
            <w:tcW w:w="4536" w:type="dxa"/>
            <w:tcMar/>
          </w:tcPr>
          <w:p w:rsidRPr="002D0056" w:rsidR="002D0056" w:rsidP="008F080B" w:rsidRDefault="002D0056" w14:paraId="2EDB21E1" w14:textId="77777777">
            <w:pPr>
              <w:rPr>
                <w:b/>
                <w:bCs/>
              </w:rPr>
            </w:pPr>
            <w:r w:rsidRPr="002D0056">
              <w:rPr>
                <w:b/>
                <w:bCs/>
              </w:rPr>
              <w:t>Contact number:</w:t>
            </w:r>
          </w:p>
        </w:tc>
        <w:tc>
          <w:tcPr>
            <w:tcW w:w="5812" w:type="dxa"/>
            <w:tcMar/>
          </w:tcPr>
          <w:p w:rsidRPr="002D0056" w:rsidR="002D0056" w:rsidP="008F080B" w:rsidRDefault="002D0056" w14:paraId="27AF8E34" w14:textId="77777777"/>
          <w:p w:rsidRPr="002D0056" w:rsidR="002D0056" w:rsidP="008F080B" w:rsidRDefault="002D0056" w14:paraId="14EF3616" w14:textId="77777777"/>
        </w:tc>
      </w:tr>
      <w:tr w:rsidR="00FA7021" w:rsidTr="3B921E28" w14:paraId="1616E263" w14:textId="77777777">
        <w:trPr>
          <w:trHeight w:val="300"/>
        </w:trPr>
        <w:tc>
          <w:tcPr>
            <w:tcW w:w="4536" w:type="dxa"/>
            <w:tcMar/>
          </w:tcPr>
          <w:p w:rsidR="00FA7021" w:rsidP="008F080B" w:rsidRDefault="00FA7021" w14:paraId="1CA61E7E" w14:textId="77777777">
            <w:pPr>
              <w:rPr>
                <w:b w:val="1"/>
                <w:bCs w:val="1"/>
              </w:rPr>
            </w:pPr>
            <w:r w:rsidRPr="3B921E28" w:rsidR="126E2E68">
              <w:rPr>
                <w:b w:val="1"/>
                <w:bCs w:val="1"/>
              </w:rPr>
              <w:t>Email address:</w:t>
            </w:r>
          </w:p>
          <w:p w:rsidRPr="002D0056" w:rsidR="00FA7021" w:rsidP="008F080B" w:rsidRDefault="00FA7021" w14:paraId="0828B922" w14:textId="7A321479">
            <w:pPr>
              <w:rPr>
                <w:b w:val="1"/>
                <w:bCs w:val="1"/>
              </w:rPr>
            </w:pPr>
          </w:p>
        </w:tc>
        <w:tc>
          <w:tcPr>
            <w:tcW w:w="5812" w:type="dxa"/>
            <w:tcMar/>
          </w:tcPr>
          <w:p w:rsidRPr="002D0056" w:rsidR="00FA7021" w:rsidP="008F080B" w:rsidRDefault="00FA7021" w14:paraId="1D530C98" w14:textId="77777777">
            <w:pPr/>
          </w:p>
        </w:tc>
      </w:tr>
      <w:tr w:rsidR="002D0056" w:rsidTr="3B921E28" w14:paraId="4B4C73ED" w14:textId="77777777">
        <w:tc>
          <w:tcPr>
            <w:tcW w:w="4536" w:type="dxa"/>
            <w:tcMar/>
          </w:tcPr>
          <w:p w:rsidRPr="002D0056" w:rsidR="002D0056" w:rsidP="008F080B" w:rsidRDefault="002D0056" w14:paraId="277D137B" w14:textId="77777777">
            <w:pPr>
              <w:rPr>
                <w:b/>
                <w:bCs/>
              </w:rPr>
            </w:pPr>
            <w:r w:rsidRPr="002D0056">
              <w:rPr>
                <w:b/>
                <w:bCs/>
              </w:rPr>
              <w:t>How does this person know you?</w:t>
            </w:r>
          </w:p>
        </w:tc>
        <w:tc>
          <w:tcPr>
            <w:tcW w:w="5812" w:type="dxa"/>
            <w:tcMar/>
          </w:tcPr>
          <w:p w:rsidRPr="002D0056" w:rsidR="002D0056" w:rsidP="008F080B" w:rsidRDefault="002D0056" w14:paraId="04610CAF" w14:textId="77777777"/>
          <w:p w:rsidRPr="002D0056" w:rsidR="002D0056" w:rsidP="008F080B" w:rsidRDefault="002D0056" w14:paraId="1A30557E" w14:textId="77777777"/>
        </w:tc>
      </w:tr>
      <w:tr w:rsidR="002D0056" w:rsidTr="3B921E28" w14:paraId="1B8FD491" w14:textId="77777777">
        <w:tc>
          <w:tcPr>
            <w:tcW w:w="4536" w:type="dxa"/>
            <w:tcMar/>
          </w:tcPr>
          <w:p w:rsidRPr="002D0056" w:rsidR="002D0056" w:rsidP="008F080B" w:rsidRDefault="002D0056" w14:paraId="4F082AEE" w14:textId="77777777">
            <w:pPr>
              <w:rPr>
                <w:b/>
                <w:bCs/>
              </w:rPr>
            </w:pPr>
            <w:r w:rsidRPr="002D0056">
              <w:rPr>
                <w:b/>
                <w:bCs/>
              </w:rPr>
              <w:t>If required, may we take up the reference before interview? (please delete)</w:t>
            </w:r>
          </w:p>
        </w:tc>
        <w:tc>
          <w:tcPr>
            <w:tcW w:w="5812" w:type="dxa"/>
            <w:tcMar/>
          </w:tcPr>
          <w:p w:rsidRPr="002D0056" w:rsidR="002D0056" w:rsidP="008F080B" w:rsidRDefault="002D0056" w14:paraId="0763D284" w14:textId="77777777">
            <w:pPr>
              <w:rPr>
                <w:b/>
                <w:bCs/>
              </w:rPr>
            </w:pPr>
            <w:r w:rsidRPr="002D0056">
              <w:rPr>
                <w:b/>
                <w:bCs/>
              </w:rPr>
              <w:t>YES                                             NO</w:t>
            </w:r>
          </w:p>
        </w:tc>
      </w:tr>
    </w:tbl>
    <w:p w:rsidRPr="0089330F" w:rsidR="005C021F" w:rsidP="005F35FE" w:rsidRDefault="00444A3A" w14:paraId="12DD2CCB" w14:textId="5A9FB112">
      <w:pPr>
        <w:spacing w:before="240" w:after="120"/>
        <w:rPr>
          <w:color w:val="6B3305"/>
          <w:sz w:val="28"/>
          <w:szCs w:val="28"/>
        </w:rPr>
      </w:pPr>
      <w:r w:rsidRPr="0089330F">
        <w:rPr>
          <w:b/>
          <w:color w:val="6B3305"/>
          <w:sz w:val="28"/>
          <w:szCs w:val="28"/>
        </w:rPr>
        <w:t>9. Declaration</w:t>
      </w:r>
    </w:p>
    <w:p w:rsidRPr="009D47A8" w:rsidR="005C021F" w:rsidP="52639E35" w:rsidRDefault="00444A3A" w14:paraId="4A0C1E4B" w14:textId="70EF88F7">
      <w:pPr>
        <w:jc w:val="both"/>
        <w:rPr>
          <w:rFonts w:cs="Calibri"/>
          <w:i w:val="1"/>
          <w:iCs w:val="1"/>
          <w:sz w:val="20"/>
          <w:szCs w:val="20"/>
        </w:rPr>
      </w:pPr>
      <w:r w:rsidRPr="52639E35" w:rsidR="00444A3A">
        <w:rPr>
          <w:rFonts w:cs="Calibri"/>
          <w:i w:val="1"/>
          <w:iCs w:val="1"/>
          <w:sz w:val="20"/>
          <w:szCs w:val="20"/>
        </w:rPr>
        <w:t>I confirm that the information provided in this application form is correct to the best of my knowledge</w:t>
      </w:r>
      <w:r w:rsidRPr="52639E35" w:rsidR="072D2D0E">
        <w:rPr>
          <w:rFonts w:cs="Calibri"/>
          <w:i w:val="1"/>
          <w:iCs w:val="1"/>
          <w:sz w:val="20"/>
          <w:szCs w:val="20"/>
        </w:rPr>
        <w:t>.</w:t>
      </w:r>
      <w:r w:rsidRPr="52639E35" w:rsidR="00444A3A">
        <w:rPr>
          <w:rFonts w:cs="Calibri"/>
          <w:i w:val="1"/>
          <w:iCs w:val="1"/>
          <w:sz w:val="20"/>
          <w:szCs w:val="20"/>
        </w:rPr>
        <w:t xml:space="preserve"> I understand that any false or misleading information may result in my application being rejected </w:t>
      </w:r>
      <w:r w:rsidRPr="52639E35" w:rsidR="00444A3A">
        <w:rPr>
          <w:rFonts w:cs="Calibri"/>
          <w:i w:val="1"/>
          <w:iCs w:val="1"/>
          <w:sz w:val="20"/>
          <w:szCs w:val="20"/>
        </w:rPr>
        <w:t>or employment</w:t>
      </w:r>
      <w:r w:rsidRPr="52639E35" w:rsidR="00444A3A">
        <w:rPr>
          <w:rFonts w:cs="Calibri"/>
          <w:i w:val="1"/>
          <w:iCs w:val="1"/>
          <w:sz w:val="20"/>
          <w:szCs w:val="20"/>
        </w:rPr>
        <w:t xml:space="preserve"> </w:t>
      </w:r>
      <w:r w:rsidRPr="52639E35" w:rsidR="00444A3A">
        <w:rPr>
          <w:rFonts w:cs="Calibri"/>
          <w:i w:val="1"/>
          <w:iCs w:val="1"/>
          <w:sz w:val="20"/>
          <w:szCs w:val="20"/>
        </w:rPr>
        <w:t>terminated</w:t>
      </w:r>
      <w:r w:rsidRPr="52639E35" w:rsidR="00444A3A">
        <w:rPr>
          <w:rFonts w:cs="Calibri"/>
          <w:i w:val="1"/>
          <w:iCs w:val="1"/>
          <w:sz w:val="20"/>
          <w:szCs w:val="20"/>
        </w:rPr>
        <w:t>.</w:t>
      </w:r>
      <w:r w:rsidRPr="52639E35" w:rsidR="001D2A70">
        <w:rPr>
          <w:rFonts w:cs="Calibri"/>
          <w:i w:val="1"/>
          <w:iCs w:val="1"/>
          <w:sz w:val="20"/>
          <w:szCs w:val="20"/>
        </w:rPr>
        <w:t xml:space="preserve"> I understand that no contract exists between me and Norland</w:t>
      </w:r>
      <w:r w:rsidRPr="52639E35" w:rsidR="22E5C207">
        <w:rPr>
          <w:rFonts w:cs="Calibri"/>
          <w:i w:val="1"/>
          <w:iCs w:val="1"/>
          <w:sz w:val="20"/>
          <w:szCs w:val="20"/>
        </w:rPr>
        <w:t xml:space="preserve"> Univers</w:t>
      </w:r>
      <w:r w:rsidRPr="52639E35" w:rsidR="22E5C207">
        <w:rPr>
          <w:rFonts w:cs="Calibri"/>
          <w:i w:val="1"/>
          <w:iCs w:val="1"/>
          <w:sz w:val="20"/>
          <w:szCs w:val="20"/>
        </w:rPr>
        <w:t>ity</w:t>
      </w:r>
      <w:r w:rsidRPr="52639E35" w:rsidR="001D2A70">
        <w:rPr>
          <w:rFonts w:cs="Calibri"/>
          <w:i w:val="1"/>
          <w:iCs w:val="1"/>
          <w:sz w:val="20"/>
          <w:szCs w:val="20"/>
        </w:rPr>
        <w:t xml:space="preserve"> or any associated company until such time as I may receive a full offer of employment in writing</w:t>
      </w:r>
      <w:r w:rsidRPr="52639E35" w:rsidR="001D2A70">
        <w:rPr>
          <w:rFonts w:cs="Calibri"/>
          <w:i w:val="1"/>
          <w:iCs w:val="1"/>
          <w:sz w:val="20"/>
          <w:szCs w:val="20"/>
        </w:rPr>
        <w:t xml:space="preserve">.  </w:t>
      </w:r>
    </w:p>
    <w:p w:rsidRPr="009D47A8" w:rsidR="005C021F" w:rsidP="52639E35" w:rsidRDefault="00444A3A" w14:paraId="4DF30613" w14:textId="2E75991B">
      <w:pPr>
        <w:pStyle w:val="Normal"/>
        <w:jc w:val="both"/>
        <w:rPr>
          <w:rFonts w:ascii="Calibri" w:hAnsi="Calibri" w:eastAsia="Calibri" w:cs="Calibri"/>
          <w:i w:val="1"/>
          <w:iCs w:val="1"/>
          <w:noProof w:val="0"/>
          <w:sz w:val="20"/>
          <w:szCs w:val="20"/>
          <w:lang w:val="en-US"/>
        </w:rPr>
      </w:pPr>
      <w:r w:rsidRPr="52639E35" w:rsidR="00444A3A">
        <w:rPr>
          <w:rFonts w:cs="Calibri"/>
          <w:i w:val="1"/>
          <w:iCs w:val="1"/>
          <w:sz w:val="20"/>
          <w:szCs w:val="20"/>
        </w:rPr>
        <w:t>Engagement is dependent upon proof of eligibility to work in the UK, satisfactory references, and where applicable, Disclosure and Barring Service checks and qualification checks.</w:t>
      </w:r>
      <w:r w:rsidRPr="52639E35" w:rsidR="00EEB43B">
        <w:rPr>
          <w:rFonts w:cs="Calibri"/>
          <w:i w:val="1"/>
          <w:iCs w:val="1"/>
          <w:sz w:val="20"/>
          <w:szCs w:val="20"/>
        </w:rPr>
        <w:t xml:space="preserve"> </w:t>
      </w:r>
      <w:r w:rsidRPr="52639E35" w:rsidR="00EEB43B">
        <w:rPr>
          <w:rFonts w:ascii="Calibri" w:hAnsi="Calibri" w:eastAsia="Calibri" w:cs="Calibri"/>
          <w:i w:val="1"/>
          <w:iCs w:val="1"/>
          <w:noProof w:val="0"/>
          <w:sz w:val="20"/>
          <w:szCs w:val="20"/>
          <w:lang w:val="en-US"/>
        </w:rPr>
        <w:t>Please note, Norland does not hold a sponsorship licence to support skilled worker visa applications. Offers will be subject to you providing satisfactory documentary evidence of your entitlement to work in the UK, in line with current immigration legislation.</w:t>
      </w:r>
      <w:r w:rsidRPr="52639E35" w:rsidR="00EEB43B">
        <w:rPr>
          <w:rFonts w:ascii="Calibri" w:hAnsi="Calibri" w:eastAsia="Calibri" w:cs="Calibri"/>
          <w:i w:val="1"/>
          <w:iCs w:val="1"/>
          <w:noProof w:val="0"/>
          <w:sz w:val="20"/>
          <w:szCs w:val="20"/>
          <w:lang w:val="en-US"/>
        </w:rPr>
        <w:t xml:space="preserve"> </w:t>
      </w:r>
      <w:r w:rsidRPr="52639E35" w:rsidR="00EEB43B">
        <w:rPr>
          <w:rFonts w:ascii="Calibri" w:hAnsi="Calibri" w:eastAsia="Calibri" w:cs="Calibri"/>
          <w:i w:val="1"/>
          <w:iCs w:val="1"/>
          <w:noProof w:val="0"/>
          <w:sz w:val="20"/>
          <w:szCs w:val="20"/>
          <w:lang w:val="en-US"/>
        </w:rPr>
        <w:t xml:space="preserve"> </w:t>
      </w:r>
    </w:p>
    <w:p w:rsidRPr="009D47A8" w:rsidR="005C021F" w:rsidP="009D47A8" w:rsidRDefault="00444A3A" w14:paraId="7F3CF724" w14:textId="22686594">
      <w:pPr>
        <w:jc w:val="both"/>
        <w:rPr>
          <w:rFonts w:cs="Calibri"/>
          <w:i/>
          <w:iCs/>
          <w:sz w:val="20"/>
          <w:szCs w:val="20"/>
        </w:rPr>
      </w:pPr>
      <w:r w:rsidRPr="009D47A8">
        <w:rPr>
          <w:rFonts w:cs="Calibri"/>
          <w:i/>
          <w:iCs/>
          <w:sz w:val="20"/>
          <w:szCs w:val="20"/>
        </w:rPr>
        <w:t xml:space="preserve">Any employment offered will be subject to a probationary period of no less than </w:t>
      </w:r>
      <w:r w:rsidRPr="009D47A8" w:rsidR="001E23D6">
        <w:rPr>
          <w:rFonts w:cs="Calibri"/>
          <w:i/>
          <w:iCs/>
          <w:sz w:val="20"/>
          <w:szCs w:val="20"/>
        </w:rPr>
        <w:t>six</w:t>
      </w:r>
      <w:r w:rsidRPr="009D47A8">
        <w:rPr>
          <w:rFonts w:cs="Calibri"/>
          <w:i/>
          <w:iCs/>
          <w:sz w:val="20"/>
          <w:szCs w:val="20"/>
        </w:rPr>
        <w:t xml:space="preserve"> months.</w:t>
      </w:r>
    </w:p>
    <w:p w:rsidRPr="009D47A8" w:rsidR="005C021F" w:rsidP="009D47A8" w:rsidRDefault="00444A3A" w14:paraId="60E22406" w14:textId="37E1C90D">
      <w:pPr>
        <w:jc w:val="both"/>
        <w:rPr>
          <w:rFonts w:cs="Calibri"/>
          <w:b/>
          <w:bCs/>
          <w:i/>
          <w:iCs/>
          <w:sz w:val="20"/>
          <w:szCs w:val="20"/>
        </w:rPr>
      </w:pPr>
      <w:r w:rsidRPr="009D47A8">
        <w:rPr>
          <w:rFonts w:cs="Calibri"/>
          <w:b/>
          <w:bCs/>
          <w:i/>
          <w:iCs/>
          <w:sz w:val="20"/>
          <w:szCs w:val="20"/>
        </w:rPr>
        <w:t>Privacy Statement:</w:t>
      </w:r>
    </w:p>
    <w:p w:rsidRPr="009D47A8" w:rsidR="009D47A8" w:rsidP="3B921E28" w:rsidRDefault="009D47A8" w14:paraId="7EFC6FF2" w14:textId="7F259569">
      <w:pPr>
        <w:jc w:val="both"/>
        <w:rPr>
          <w:rFonts w:cs="Calibri"/>
          <w:i w:val="1"/>
          <w:iCs w:val="1"/>
          <w:sz w:val="20"/>
          <w:szCs w:val="20"/>
        </w:rPr>
      </w:pPr>
      <w:r w:rsidRPr="3B921E28" w:rsidR="009D47A8">
        <w:rPr>
          <w:rFonts w:eastAsia="Calibri" w:cs="Calibri"/>
          <w:i w:val="1"/>
          <w:iCs w:val="1"/>
          <w:sz w:val="20"/>
          <w:szCs w:val="20"/>
        </w:rPr>
        <w:t>The information provided on this application form will remain private and confidential and will be used for the purpose of selection/recruitment only</w:t>
      </w:r>
      <w:r w:rsidRPr="3B921E28" w:rsidR="009D47A8">
        <w:rPr>
          <w:rFonts w:eastAsia="Calibri" w:cs="Calibri"/>
          <w:i w:val="1"/>
          <w:iCs w:val="1"/>
          <w:sz w:val="20"/>
          <w:szCs w:val="20"/>
        </w:rPr>
        <w:t>.</w:t>
      </w:r>
      <w:r w:rsidRPr="3B921E28" w:rsidR="009D47A8">
        <w:rPr>
          <w:rFonts w:eastAsia="Cambria" w:cs="Calibri"/>
          <w:i w:val="1"/>
          <w:iCs w:val="1"/>
          <w:sz w:val="20"/>
          <w:szCs w:val="20"/>
        </w:rPr>
        <w:t xml:space="preserve">  </w:t>
      </w:r>
      <w:r w:rsidRPr="3B921E28" w:rsidR="009D47A8">
        <w:rPr>
          <w:rFonts w:eastAsia="Calibri" w:cs="Calibri"/>
          <w:i w:val="1"/>
          <w:iCs w:val="1"/>
          <w:sz w:val="20"/>
          <w:szCs w:val="20"/>
        </w:rPr>
        <w:t xml:space="preserve">If you are </w:t>
      </w:r>
      <w:r w:rsidRPr="3B921E28" w:rsidR="009D47A8">
        <w:rPr>
          <w:rFonts w:eastAsia="Calibri" w:cs="Calibri"/>
          <w:i w:val="1"/>
          <w:iCs w:val="1"/>
          <w:sz w:val="20"/>
          <w:szCs w:val="20"/>
        </w:rPr>
        <w:t>unsuccessfu</w:t>
      </w:r>
      <w:r w:rsidRPr="3B921E28" w:rsidR="6E0480E9">
        <w:rPr>
          <w:rFonts w:eastAsia="Calibri" w:cs="Calibri"/>
          <w:i w:val="1"/>
          <w:iCs w:val="1"/>
          <w:sz w:val="20"/>
          <w:szCs w:val="20"/>
        </w:rPr>
        <w:t>l</w:t>
      </w:r>
      <w:r w:rsidRPr="3B921E28" w:rsidR="6E0480E9">
        <w:rPr>
          <w:rFonts w:eastAsia="Calibri" w:cs="Calibri"/>
          <w:i w:val="1"/>
          <w:iCs w:val="1"/>
          <w:sz w:val="20"/>
          <w:szCs w:val="20"/>
        </w:rPr>
        <w:t>, w</w:t>
      </w:r>
      <w:r w:rsidRPr="3B921E28" w:rsidR="009D47A8">
        <w:rPr>
          <w:rFonts w:eastAsia="Calibri" w:cs="Calibri"/>
          <w:i w:val="1"/>
          <w:iCs w:val="1"/>
          <w:sz w:val="20"/>
          <w:szCs w:val="20"/>
        </w:rPr>
        <w:t xml:space="preserve">e will keep your details on file with a view to considering you for any suitable vacancy that may arise within the next six months.  Where your application is successful, Norland may, from time to time, wish to process this information for business management purposes.  Please also note that Norland may approach third parties to verify the information you have given.  By signing this </w:t>
      </w:r>
      <w:r w:rsidRPr="3B921E28" w:rsidR="009D47A8">
        <w:rPr>
          <w:rFonts w:eastAsia="Calibri" w:cs="Calibri"/>
          <w:i w:val="1"/>
          <w:iCs w:val="1"/>
          <w:sz w:val="20"/>
          <w:szCs w:val="20"/>
        </w:rPr>
        <w:t>form</w:t>
      </w:r>
      <w:r w:rsidRPr="3B921E28" w:rsidR="009D47A8">
        <w:rPr>
          <w:rFonts w:eastAsia="Calibri" w:cs="Calibri"/>
          <w:i w:val="1"/>
          <w:iCs w:val="1"/>
          <w:sz w:val="20"/>
          <w:szCs w:val="20"/>
        </w:rPr>
        <w:t xml:space="preserve"> you are providing Norland with your consent to all these uses. </w:t>
      </w:r>
    </w:p>
    <w:p w:rsidR="005C021F" w:rsidRDefault="00444A3A" w14:paraId="540439B9" w14:textId="0F92380B">
      <w:r>
        <w:rPr>
          <w:b/>
        </w:rPr>
        <w:t xml:space="preserve">Signature: </w:t>
      </w:r>
      <w:r w:rsidR="00467CDA">
        <w:t>______________________________________</w:t>
      </w:r>
      <w:r>
        <w:rPr>
          <w:b/>
        </w:rPr>
        <w:t xml:space="preserve">Date: </w:t>
      </w:r>
      <w:r>
        <w:t>_____________</w:t>
      </w:r>
      <w:r w:rsidR="00467CDA">
        <w:t>__________</w:t>
      </w:r>
      <w:r>
        <w:t>___________________</w:t>
      </w:r>
    </w:p>
    <w:sectPr w:rsidR="005C021F" w:rsidSect="00A733CB">
      <w:headerReference w:type="first" r:id="rId16"/>
      <w:pgSz w:w="12240" w:h="15840" w:orient="portrait"/>
      <w:pgMar w:top="851" w:right="900" w:bottom="1276" w:left="993" w:header="720" w:footer="720" w:gutter="0"/>
      <w:cols w:space="720"/>
      <w:titlePg/>
      <w:docGrid w:linePitch="360"/>
      <w:headerReference w:type="default" r:id="Rc687b012344141fd"/>
      <w:footerReference w:type="default" r:id="Rac6ceb5b3d1b436f"/>
      <w:footerReference w:type="first" r:id="R645360dcf93f46ab"/>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356F" w:rsidP="00D55FED" w:rsidRDefault="001F356F" w14:paraId="746ECDF0" w14:textId="77777777">
      <w:pPr>
        <w:spacing w:after="0" w:line="240" w:lineRule="auto"/>
      </w:pPr>
      <w:r>
        <w:separator/>
      </w:r>
    </w:p>
  </w:endnote>
  <w:endnote w:type="continuationSeparator" w:id="0">
    <w:p w:rsidR="001F356F" w:rsidP="00D55FED" w:rsidRDefault="001F356F" w14:paraId="67D6ECE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45"/>
      <w:gridCol w:w="3445"/>
      <w:gridCol w:w="3445"/>
    </w:tblGrid>
    <w:tr w:rsidR="3B921E28" w:rsidTr="3B921E28" w14:paraId="3B950C55">
      <w:trPr>
        <w:trHeight w:val="300"/>
      </w:trPr>
      <w:tc>
        <w:tcPr>
          <w:tcW w:w="3445" w:type="dxa"/>
          <w:tcMar/>
        </w:tcPr>
        <w:p w:rsidR="3B921E28" w:rsidP="3B921E28" w:rsidRDefault="3B921E28" w14:paraId="7505AEC8" w14:textId="23A4CFFF">
          <w:pPr>
            <w:pStyle w:val="Header"/>
            <w:bidi w:val="0"/>
            <w:ind w:left="-115"/>
            <w:jc w:val="left"/>
          </w:pPr>
        </w:p>
      </w:tc>
      <w:tc>
        <w:tcPr>
          <w:tcW w:w="3445" w:type="dxa"/>
          <w:tcMar/>
        </w:tcPr>
        <w:p w:rsidR="3B921E28" w:rsidP="3B921E28" w:rsidRDefault="3B921E28" w14:paraId="5F4E08FA" w14:textId="213D6049">
          <w:pPr>
            <w:pStyle w:val="Header"/>
            <w:bidi w:val="0"/>
            <w:jc w:val="center"/>
          </w:pPr>
        </w:p>
      </w:tc>
      <w:tc>
        <w:tcPr>
          <w:tcW w:w="3445" w:type="dxa"/>
          <w:tcMar/>
        </w:tcPr>
        <w:p w:rsidR="3B921E28" w:rsidP="3B921E28" w:rsidRDefault="3B921E28" w14:paraId="01799E04" w14:textId="7E82D9F1">
          <w:pPr>
            <w:pStyle w:val="Header"/>
            <w:bidi w:val="0"/>
            <w:ind w:right="-115"/>
            <w:jc w:val="right"/>
          </w:pPr>
        </w:p>
      </w:tc>
    </w:tr>
  </w:tbl>
  <w:p w:rsidR="3B921E28" w:rsidP="3B921E28" w:rsidRDefault="3B921E28" w14:paraId="707140A9" w14:textId="56616118">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45"/>
      <w:gridCol w:w="3445"/>
      <w:gridCol w:w="3445"/>
    </w:tblGrid>
    <w:tr w:rsidR="3B921E28" w:rsidTr="3B921E28" w14:paraId="3BF96F25">
      <w:trPr>
        <w:trHeight w:val="300"/>
      </w:trPr>
      <w:tc>
        <w:tcPr>
          <w:tcW w:w="3445" w:type="dxa"/>
          <w:tcMar/>
        </w:tcPr>
        <w:p w:rsidR="3B921E28" w:rsidP="3B921E28" w:rsidRDefault="3B921E28" w14:paraId="5650F1B5" w14:textId="2AADC82E">
          <w:pPr>
            <w:pStyle w:val="Header"/>
            <w:bidi w:val="0"/>
            <w:ind w:left="-115"/>
            <w:jc w:val="left"/>
          </w:pPr>
        </w:p>
      </w:tc>
      <w:tc>
        <w:tcPr>
          <w:tcW w:w="3445" w:type="dxa"/>
          <w:tcMar/>
        </w:tcPr>
        <w:p w:rsidR="3B921E28" w:rsidP="3B921E28" w:rsidRDefault="3B921E28" w14:paraId="11EA9A29" w14:textId="19A9F914">
          <w:pPr>
            <w:pStyle w:val="Header"/>
            <w:bidi w:val="0"/>
            <w:jc w:val="center"/>
          </w:pPr>
        </w:p>
      </w:tc>
      <w:tc>
        <w:tcPr>
          <w:tcW w:w="3445" w:type="dxa"/>
          <w:tcMar/>
        </w:tcPr>
        <w:p w:rsidR="3B921E28" w:rsidP="3B921E28" w:rsidRDefault="3B921E28" w14:paraId="585ABF04" w14:textId="04C1F37B">
          <w:pPr>
            <w:pStyle w:val="Header"/>
            <w:bidi w:val="0"/>
            <w:ind w:right="-115"/>
            <w:jc w:val="right"/>
          </w:pPr>
        </w:p>
      </w:tc>
    </w:tr>
  </w:tbl>
  <w:p w:rsidR="3B921E28" w:rsidP="3B921E28" w:rsidRDefault="3B921E28" w14:paraId="632E59EC" w14:textId="760D21FF">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356F" w:rsidP="00D55FED" w:rsidRDefault="001F356F" w14:paraId="3235534D" w14:textId="77777777">
      <w:pPr>
        <w:spacing w:after="0" w:line="240" w:lineRule="auto"/>
      </w:pPr>
      <w:r>
        <w:separator/>
      </w:r>
    </w:p>
  </w:footnote>
  <w:footnote w:type="continuationSeparator" w:id="0">
    <w:p w:rsidR="001F356F" w:rsidP="00D55FED" w:rsidRDefault="001F356F" w14:paraId="451F0A6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55FED" w:rsidP="00D55FED" w:rsidRDefault="00D55FED" w14:paraId="07D961B1" w14:textId="72EDE8CC">
    <w:pPr>
      <w:pStyle w:val="Header"/>
      <w:jc w:val="center"/>
    </w:pPr>
    <w:r w:rsidR="3B921E28">
      <w:drawing>
        <wp:inline wp14:editId="6EDF0E4F" wp14:anchorId="17565DB9">
          <wp:extent cx="804742" cy="1158340"/>
          <wp:effectExtent l="0" t="0" r="0" b="0"/>
          <wp:docPr id="64552589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45525891" name="Picture 645525891"/>
                  <pic:cNvPicPr/>
                </pic:nvPicPr>
                <pic:blipFill>
                  <a:blip xmlns:r="http://schemas.openxmlformats.org/officeDocument/2006/relationships" r:embed="rId1986069785">
                    <a:extLst>
                      <a:ext uri="{28A0092B-C50C-407E-A947-70E740481C1C}">
                        <a14:useLocalDpi xmlns:a14="http://schemas.microsoft.com/office/drawing/2010/main"/>
                      </a:ext>
                    </a:extLst>
                  </a:blip>
                  <a:stretch>
                    <a:fillRect/>
                  </a:stretch>
                </pic:blipFill>
                <pic:spPr>
                  <a:xfrm>
                    <a:off x="0" y="0"/>
                    <a:ext cx="804742" cy="1158340"/>
                  </a:xfrm>
                  <a:prstGeom prst="rect">
                    <a:avLst/>
                  </a:prstGeom>
                </pic:spPr>
              </pic:pic>
            </a:graphicData>
          </a:graphic>
        </wp:inline>
      </w:drawing>
    </w: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45"/>
      <w:gridCol w:w="3445"/>
      <w:gridCol w:w="3445"/>
    </w:tblGrid>
    <w:tr w:rsidR="3B921E28" w:rsidTr="3B921E28" w14:paraId="799F0A21">
      <w:trPr>
        <w:trHeight w:val="300"/>
      </w:trPr>
      <w:tc>
        <w:tcPr>
          <w:tcW w:w="3445" w:type="dxa"/>
          <w:tcMar/>
        </w:tcPr>
        <w:p w:rsidR="3B921E28" w:rsidP="3B921E28" w:rsidRDefault="3B921E28" w14:paraId="73BFE901" w14:textId="60C1DDCB">
          <w:pPr>
            <w:pStyle w:val="Header"/>
            <w:bidi w:val="0"/>
            <w:ind w:left="-115"/>
            <w:jc w:val="left"/>
          </w:pPr>
        </w:p>
      </w:tc>
      <w:tc>
        <w:tcPr>
          <w:tcW w:w="3445" w:type="dxa"/>
          <w:tcMar/>
        </w:tcPr>
        <w:p w:rsidR="3B921E28" w:rsidP="3B921E28" w:rsidRDefault="3B921E28" w14:paraId="4EA2C31B" w14:textId="565E5B14">
          <w:pPr>
            <w:pStyle w:val="Header"/>
            <w:bidi w:val="0"/>
            <w:jc w:val="center"/>
          </w:pPr>
        </w:p>
      </w:tc>
      <w:tc>
        <w:tcPr>
          <w:tcW w:w="3445" w:type="dxa"/>
          <w:tcMar/>
        </w:tcPr>
        <w:p w:rsidR="3B921E28" w:rsidP="3B921E28" w:rsidRDefault="3B921E28" w14:paraId="05606D55" w14:textId="02C54A4D">
          <w:pPr>
            <w:pStyle w:val="Header"/>
            <w:bidi w:val="0"/>
            <w:ind w:right="-115"/>
            <w:jc w:val="right"/>
          </w:pPr>
        </w:p>
      </w:tc>
    </w:tr>
  </w:tbl>
  <w:p w:rsidR="3B921E28" w:rsidP="3B921E28" w:rsidRDefault="3B921E28" w14:paraId="7EA1BCC3" w14:textId="7DC66E49">
    <w:pPr>
      <w:pStyle w:val="Header"/>
      <w:bidi w:val="0"/>
    </w:pPr>
  </w:p>
</w:hdr>
</file>

<file path=word/intelligence2.xml><?xml version="1.0" encoding="utf-8"?>
<int2:intelligence xmlns:int2="http://schemas.microsoft.com/office/intelligence/2020/intelligence">
  <int2:observations>
    <int2:textHash int2:hashCode="m/C6mGJeQTWOW1" int2:id="2GANY5pU">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294531110">
    <w:abstractNumId w:val="8"/>
  </w:num>
  <w:num w:numId="2" w16cid:durableId="490296017">
    <w:abstractNumId w:val="6"/>
  </w:num>
  <w:num w:numId="3" w16cid:durableId="724571058">
    <w:abstractNumId w:val="5"/>
  </w:num>
  <w:num w:numId="4" w16cid:durableId="405107694">
    <w:abstractNumId w:val="4"/>
  </w:num>
  <w:num w:numId="5" w16cid:durableId="791092246">
    <w:abstractNumId w:val="7"/>
  </w:num>
  <w:num w:numId="6" w16cid:durableId="1130706665">
    <w:abstractNumId w:val="3"/>
  </w:num>
  <w:num w:numId="7" w16cid:durableId="835192949">
    <w:abstractNumId w:val="2"/>
  </w:num>
  <w:num w:numId="8" w16cid:durableId="1142380066">
    <w:abstractNumId w:val="1"/>
  </w:num>
  <w:num w:numId="9" w16cid:durableId="731855152">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2398"/>
    <w:rsid w:val="00034616"/>
    <w:rsid w:val="0006063C"/>
    <w:rsid w:val="000A4A2C"/>
    <w:rsid w:val="0015074B"/>
    <w:rsid w:val="0019777C"/>
    <w:rsid w:val="001B27B2"/>
    <w:rsid w:val="001C07AF"/>
    <w:rsid w:val="001D2A70"/>
    <w:rsid w:val="001E23D6"/>
    <w:rsid w:val="001F356F"/>
    <w:rsid w:val="001F550D"/>
    <w:rsid w:val="002429E4"/>
    <w:rsid w:val="0028324B"/>
    <w:rsid w:val="0029639D"/>
    <w:rsid w:val="002D0056"/>
    <w:rsid w:val="00326F90"/>
    <w:rsid w:val="003A2D64"/>
    <w:rsid w:val="00430C6C"/>
    <w:rsid w:val="00444A3A"/>
    <w:rsid w:val="00467CDA"/>
    <w:rsid w:val="00490E91"/>
    <w:rsid w:val="00584684"/>
    <w:rsid w:val="0059312D"/>
    <w:rsid w:val="005A2918"/>
    <w:rsid w:val="005C021F"/>
    <w:rsid w:val="005F0538"/>
    <w:rsid w:val="005F35FE"/>
    <w:rsid w:val="0062431E"/>
    <w:rsid w:val="00637427"/>
    <w:rsid w:val="00686A19"/>
    <w:rsid w:val="006922BA"/>
    <w:rsid w:val="006944C0"/>
    <w:rsid w:val="00714E0E"/>
    <w:rsid w:val="00731B1E"/>
    <w:rsid w:val="007510D5"/>
    <w:rsid w:val="007871C2"/>
    <w:rsid w:val="0087412C"/>
    <w:rsid w:val="0089330F"/>
    <w:rsid w:val="008C52BC"/>
    <w:rsid w:val="00941199"/>
    <w:rsid w:val="00947EDF"/>
    <w:rsid w:val="00982E56"/>
    <w:rsid w:val="00997B8E"/>
    <w:rsid w:val="009A4D0D"/>
    <w:rsid w:val="009C4DFE"/>
    <w:rsid w:val="009D47A8"/>
    <w:rsid w:val="009E2E6B"/>
    <w:rsid w:val="009E7299"/>
    <w:rsid w:val="009F2AE7"/>
    <w:rsid w:val="00A45125"/>
    <w:rsid w:val="00A733CB"/>
    <w:rsid w:val="00A74BAC"/>
    <w:rsid w:val="00AA1D8D"/>
    <w:rsid w:val="00B47730"/>
    <w:rsid w:val="00B755E8"/>
    <w:rsid w:val="00BA0AA0"/>
    <w:rsid w:val="00BA1010"/>
    <w:rsid w:val="00BA7741"/>
    <w:rsid w:val="00BD7CAA"/>
    <w:rsid w:val="00BF0D29"/>
    <w:rsid w:val="00CB0664"/>
    <w:rsid w:val="00D23FE8"/>
    <w:rsid w:val="00D31145"/>
    <w:rsid w:val="00D330C5"/>
    <w:rsid w:val="00D55FED"/>
    <w:rsid w:val="00DB66BF"/>
    <w:rsid w:val="00E13C0F"/>
    <w:rsid w:val="00E727EF"/>
    <w:rsid w:val="00EA00DB"/>
    <w:rsid w:val="00EA496C"/>
    <w:rsid w:val="00EA6AAC"/>
    <w:rsid w:val="00ED61A4"/>
    <w:rsid w:val="00ED6FE3"/>
    <w:rsid w:val="00EEB43B"/>
    <w:rsid w:val="00F36595"/>
    <w:rsid w:val="00F97539"/>
    <w:rsid w:val="00FA7021"/>
    <w:rsid w:val="00FC693F"/>
    <w:rsid w:val="02D5CD81"/>
    <w:rsid w:val="039B10BC"/>
    <w:rsid w:val="072D2D0E"/>
    <w:rsid w:val="07309FE9"/>
    <w:rsid w:val="096452D0"/>
    <w:rsid w:val="0AFC1F82"/>
    <w:rsid w:val="0D7FAB12"/>
    <w:rsid w:val="0DBB64B9"/>
    <w:rsid w:val="126E2E68"/>
    <w:rsid w:val="146465CA"/>
    <w:rsid w:val="1529103C"/>
    <w:rsid w:val="16FF769E"/>
    <w:rsid w:val="1901EFC3"/>
    <w:rsid w:val="1C5A3FFF"/>
    <w:rsid w:val="1E0C227F"/>
    <w:rsid w:val="1FF9D6B9"/>
    <w:rsid w:val="20E435CE"/>
    <w:rsid w:val="22E5C207"/>
    <w:rsid w:val="265C305A"/>
    <w:rsid w:val="2AE12815"/>
    <w:rsid w:val="2AED4538"/>
    <w:rsid w:val="2B23B7BF"/>
    <w:rsid w:val="34A7F93D"/>
    <w:rsid w:val="385B0B6F"/>
    <w:rsid w:val="3975E664"/>
    <w:rsid w:val="3B921E28"/>
    <w:rsid w:val="3D7F5475"/>
    <w:rsid w:val="3FF34F74"/>
    <w:rsid w:val="421ADC43"/>
    <w:rsid w:val="42906918"/>
    <w:rsid w:val="437A4D3E"/>
    <w:rsid w:val="44F677C6"/>
    <w:rsid w:val="46657CC7"/>
    <w:rsid w:val="48E7C5FF"/>
    <w:rsid w:val="4C2EF7E4"/>
    <w:rsid w:val="4C946253"/>
    <w:rsid w:val="4E4A3209"/>
    <w:rsid w:val="4F7A1380"/>
    <w:rsid w:val="511E0E92"/>
    <w:rsid w:val="51CAD78B"/>
    <w:rsid w:val="52639E35"/>
    <w:rsid w:val="531743A6"/>
    <w:rsid w:val="54D15925"/>
    <w:rsid w:val="570A8888"/>
    <w:rsid w:val="571FC2CD"/>
    <w:rsid w:val="5947B4F4"/>
    <w:rsid w:val="5D404AFE"/>
    <w:rsid w:val="5F4A0F0B"/>
    <w:rsid w:val="62FC21BA"/>
    <w:rsid w:val="674CF0D9"/>
    <w:rsid w:val="69FCAF75"/>
    <w:rsid w:val="6B996E25"/>
    <w:rsid w:val="6E0480E9"/>
    <w:rsid w:val="72EE91C4"/>
    <w:rsid w:val="7368A6EA"/>
    <w:rsid w:val="744221C9"/>
    <w:rsid w:val="74904E79"/>
    <w:rsid w:val="7AFDC1A7"/>
    <w:rsid w:val="7F9355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8868C5"/>
  <w14:defaultImageDpi w14:val="300"/>
  <w15:docId w15:val="{F1A0561C-D35D-4F51-93EE-D8BF973F3B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rsid w:val="001C07AF"/>
    <w:rPr>
      <w:rFonts w:cs="Times New Roman"/>
      <w:color w:val="0000FF"/>
      <w:u w:val="single"/>
    </w:rPr>
  </w:style>
  <w:style w:type="paragraph" w:styleId="Revision">
    <w:name w:val="Revision"/>
    <w:hidden/>
    <w:uiPriority w:val="99"/>
    <w:semiHidden/>
    <w:rsid w:val="00947EDF"/>
    <w:pPr>
      <w:spacing w:after="0" w:line="240" w:lineRule="auto"/>
    </w:pPr>
    <w:rPr>
      <w:rFonts w:ascii="Calibri" w:hAnsi="Calibri"/>
    </w:rPr>
  </w:style>
  <w:style w:type="character" w:styleId="CommentReference">
    <w:name w:val="Comment Reference"/>
    <w:basedOn w:val="DefaultParagraphFont"/>
    <w:uiPriority w:val="99"/>
    <w:semiHidden/>
    <w:unhideWhenUsed/>
    <w:rsid w:val="001B27B2"/>
    <w:rPr>
      <w:sz w:val="16"/>
      <w:szCs w:val="16"/>
    </w:rPr>
  </w:style>
  <w:style w:type="paragraph" w:styleId="CommentText">
    <w:name w:val="Comment Text"/>
    <w:basedOn w:val="Normal"/>
    <w:link w:val="CommentTextChar"/>
    <w:uiPriority w:val="99"/>
    <w:unhideWhenUsed/>
    <w:rsid w:val="001B27B2"/>
    <w:pPr>
      <w:spacing w:line="240" w:lineRule="auto"/>
    </w:pPr>
    <w:rPr>
      <w:sz w:val="20"/>
      <w:szCs w:val="20"/>
    </w:rPr>
  </w:style>
  <w:style w:type="character" w:styleId="CommentTextChar" w:customStyle="1">
    <w:name w:val="Comment Text Char"/>
    <w:basedOn w:val="DefaultParagraphFont"/>
    <w:link w:val="CommentText"/>
    <w:uiPriority w:val="99"/>
    <w:rsid w:val="001B27B2"/>
    <w:rPr>
      <w:rFonts w:ascii="Calibri" w:hAnsi="Calibri"/>
      <w:sz w:val="20"/>
      <w:szCs w:val="20"/>
    </w:rPr>
  </w:style>
  <w:style w:type="paragraph" w:styleId="CommentSubject">
    <w:name w:val="Comment Subject"/>
    <w:basedOn w:val="CommentText"/>
    <w:next w:val="CommentText"/>
    <w:link w:val="CommentSubjectChar"/>
    <w:uiPriority w:val="99"/>
    <w:semiHidden/>
    <w:unhideWhenUsed/>
    <w:rsid w:val="001B27B2"/>
    <w:rPr>
      <w:b/>
      <w:bCs/>
    </w:rPr>
  </w:style>
  <w:style w:type="character" w:styleId="CommentSubjectChar" w:customStyle="1">
    <w:name w:val="Comment Subject Char"/>
    <w:basedOn w:val="CommentTextChar"/>
    <w:link w:val="CommentSubject"/>
    <w:uiPriority w:val="99"/>
    <w:semiHidden/>
    <w:rsid w:val="001B27B2"/>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https://www.gov.uk/government/organisations/disclosure-and-barring-service"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norland.ac.uk" TargetMode="External" Id="R333f64e179cd4f9c" /><Relationship Type="http://schemas.openxmlformats.org/officeDocument/2006/relationships/header" Target="header2.xml" Id="Rc687b012344141fd" /><Relationship Type="http://schemas.openxmlformats.org/officeDocument/2006/relationships/footer" Target="footer.xml" Id="Rac6ceb5b3d1b436f" /><Relationship Type="http://schemas.openxmlformats.org/officeDocument/2006/relationships/footer" Target="footer2.xml" Id="R645360dcf93f46ab" /><Relationship Type="http://schemas.microsoft.com/office/2020/10/relationships/intelligence" Target="intelligence2.xml" Id="R9d8aba49bbeb4dd2" /></Relationships>
</file>

<file path=word/_rels/header1.xml.rels>&#65279;<?xml version="1.0" encoding="utf-8"?><Relationships xmlns="http://schemas.openxmlformats.org/package/2006/relationships"><Relationship Type="http://schemas.openxmlformats.org/officeDocument/2006/relationships/image" Target="/media/image2.png" Id="rId198606978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bc90a4-7e1e-49f2-8b86-2f18ca752e8e">
      <Terms xmlns="http://schemas.microsoft.com/office/infopath/2007/PartnerControls"/>
    </lcf76f155ced4ddcb4097134ff3c332f>
    <TaxCatchAll xmlns="73140002-26e4-482f-9a6a-0d16ab6b97d0" xsi:nil="true"/>
    <Contenttype0 xmlns="a7bc90a4-7e1e-49f2-8b86-2f18ca752e8e" xsi:nil="true"/>
    <Publisher xmlns="a7bc90a4-7e1e-49f2-8b86-2f18ca752e8e" xsi:nil="true"/>
    <Media xmlns="a7bc90a4-7e1e-49f2-8b86-2f18ca752e8e" xsi:nil="true"/>
    <Country xmlns="a7bc90a4-7e1e-49f2-8b86-2f18ca752e8e" xsi:nil="true"/>
    <Dateofpublishing xmlns="a7bc90a4-7e1e-49f2-8b86-2f18ca752e8e" xsi:nil="true"/>
    <Language xmlns="a7bc90a4-7e1e-49f2-8b86-2f18ca752e8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9CFFE136DA8654389CEC5886AA248CA" ma:contentTypeVersion="29" ma:contentTypeDescription="Create a new document." ma:contentTypeScope="" ma:versionID="aa13c502d799c95b6a54cc54f0c8be84">
  <xsd:schema xmlns:xsd="http://www.w3.org/2001/XMLSchema" xmlns:xs="http://www.w3.org/2001/XMLSchema" xmlns:p="http://schemas.microsoft.com/office/2006/metadata/properties" xmlns:ns2="73140002-26e4-482f-9a6a-0d16ab6b97d0" xmlns:ns3="a7bc90a4-7e1e-49f2-8b86-2f18ca752e8e" targetNamespace="http://schemas.microsoft.com/office/2006/metadata/properties" ma:root="true" ma:fieldsID="a31787e5c99aaa2070f5b1534a6f6ce4" ns2:_="" ns3:_="">
    <xsd:import namespace="73140002-26e4-482f-9a6a-0d16ab6b97d0"/>
    <xsd:import namespace="a7bc90a4-7e1e-49f2-8b86-2f18ca752e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Publisher" minOccurs="0"/>
                <xsd:element ref="ns3:Dateofpublishing" minOccurs="0"/>
                <xsd:element ref="ns3:Media" minOccurs="0"/>
                <xsd:element ref="ns3:Language" minOccurs="0"/>
                <xsd:element ref="ns3:Country" minOccurs="0"/>
                <xsd:element ref="ns3:Contenttyp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40002-26e4-482f-9a6a-0d16ab6b97d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e38c90a-2eff-4a45-9246-3addfbb3d40e}" ma:internalName="TaxCatchAll" ma:showField="CatchAllData" ma:web="73140002-26e4-482f-9a6a-0d16ab6b97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bc90a4-7e1e-49f2-8b86-2f18ca752e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eb8cae-5631-4cc2-b86c-5dab768ab3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Publisher" ma:index="27" nillable="true" ma:displayName="Publisher" ma:format="Dropdown" ma:internalName="Publisher">
      <xsd:simpleType>
        <xsd:restriction base="dms:Text">
          <xsd:maxLength value="255"/>
        </xsd:restriction>
      </xsd:simpleType>
    </xsd:element>
    <xsd:element name="Dateofpublishing" ma:index="29" nillable="true" ma:displayName="Date of publishing" ma:format="DateOnly" ma:internalName="Dateofpublishing">
      <xsd:simpleType>
        <xsd:restriction base="dms:DateTime"/>
      </xsd:simpleType>
    </xsd:element>
    <xsd:element name="Media" ma:index="30" nillable="true" ma:displayName="Media" ma:format="Dropdown" ma:internalName="Media">
      <xsd:simpleType>
        <xsd:restriction base="dms:Choice">
          <xsd:enumeration value="Video"/>
          <xsd:enumeration value="Newspaper"/>
          <xsd:enumeration value="Magazine"/>
          <xsd:enumeration value="Online article"/>
          <xsd:enumeration value="Social Media"/>
        </xsd:restriction>
      </xsd:simpleType>
    </xsd:element>
    <xsd:element name="Language" ma:index="31" nillable="true" ma:displayName="Language" ma:format="Dropdown" ma:internalName="Language">
      <xsd:simpleType>
        <xsd:restriction base="dms:Choice">
          <xsd:enumeration value="English"/>
          <xsd:enumeration value="German"/>
          <xsd:enumeration value="French"/>
          <xsd:enumeration value="Spanish"/>
          <xsd:enumeration value="Italian"/>
          <xsd:enumeration value="Other"/>
        </xsd:restriction>
      </xsd:simpleType>
    </xsd:element>
    <xsd:element name="Country" ma:index="32" nillable="true" ma:displayName="Country/Continent" ma:format="Dropdown" ma:internalName="Country">
      <xsd:simpleType>
        <xsd:restriction base="dms:Choice">
          <xsd:enumeration value="UK"/>
          <xsd:enumeration value="Europe"/>
          <xsd:enumeration value="USA"/>
          <xsd:enumeration value="UAE"/>
          <xsd:enumeration value="Asia"/>
          <xsd:enumeration value="Africa"/>
          <xsd:enumeration value="Other"/>
        </xsd:restriction>
      </xsd:simpleType>
    </xsd:element>
    <xsd:element name="Contenttype0" ma:index="33" nillable="true" ma:displayName="Content type" ma:format="Dropdown" ma:internalName="Contenttype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691816-3782-463F-97B8-CCA3977F9D39}">
  <ds:schemaRefs>
    <ds:schemaRef ds:uri="http://schemas.microsoft.com/sharepoint/v3/contenttype/forms"/>
  </ds:schemaRefs>
</ds:datastoreItem>
</file>

<file path=customXml/itemProps2.xml><?xml version="1.0" encoding="utf-8"?>
<ds:datastoreItem xmlns:ds="http://schemas.openxmlformats.org/officeDocument/2006/customXml" ds:itemID="{D2042D12-F38A-492B-86CA-C3721BDEC711}">
  <ds:schemaRefs>
    <ds:schemaRef ds:uri="http://schemas.microsoft.com/office/2006/metadata/properties"/>
    <ds:schemaRef ds:uri="http://schemas.microsoft.com/office/infopath/2007/PartnerControls"/>
    <ds:schemaRef ds:uri="3d392d0b-6466-459c-afd8-d72e9f5c24b6"/>
    <ds:schemaRef ds:uri="345a39ce-e833-456d-81a5-5b2f3acc2a20"/>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F7C994D3-C967-4864-A543-1E3CF5E802D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Sophie Cox</cp:lastModifiedBy>
  <cp:revision>65</cp:revision>
  <dcterms:created xsi:type="dcterms:W3CDTF">2026-05-27T14:56:00Z</dcterms:created>
  <dcterms:modified xsi:type="dcterms:W3CDTF">2026-08-19T10:36:09Z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0x01010029CFFE136DA8654389CEC5886AA248CA</vt:lpwstr>
  </property>
  <property fmtid="{D5CDD505-2E9C-101B-9397-08002B2CF9AE}" pid="3" name="MediaServiceImageTags">
    <vt:lpwstr/>
  </property>
  <property fmtid="{D5CDD505-2E9C-101B-9397-08002B2CF9AE}" pid="5" name="docLang">
    <vt:lpwstr>en</vt:lpwstr>
  </property>
</Properties>
</file>